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1A5F9" w14:textId="77777777" w:rsidR="00E21E5B" w:rsidRDefault="00000000">
      <w:r>
        <w:rPr>
          <w:rFonts w:ascii="Arial" w:hAnsi="Arial"/>
          <w:b/>
          <w:color w:val="185FA5"/>
          <w:sz w:val="36"/>
        </w:rPr>
        <w:t>Fatigue Management Plan</w:t>
      </w:r>
    </w:p>
    <w:p w14:paraId="76F93DDF" w14:textId="77777777" w:rsidR="00E21E5B" w:rsidRDefault="00000000">
      <w:r>
        <w:rPr>
          <w:rFonts w:ascii="Arial" w:hAnsi="Arial"/>
          <w:color w:val="888888"/>
          <w:sz w:val="20"/>
        </w:rPr>
        <w:t>Marine Order 504 (MO 504) · Managing master &amp; crew fatigue in your Safety Management System · cl 2(3)(e)</w:t>
      </w:r>
    </w:p>
    <w:p w14:paraId="52C798A2" w14:textId="77777777" w:rsidR="00E21E5B" w:rsidRDefault="00000000">
      <w:r>
        <w:rPr>
          <w:rFonts w:ascii="Arial" w:hAnsi="Arial"/>
          <w:color w:val="1C2B39"/>
          <w:sz w:val="19"/>
        </w:rPr>
        <w:t>Marine Order 504 requires the risk of fatigue for the master and crew to be identified and managed within your SMS (Sch 1 cl 2(3)(e)). Crewing must also allow at least 10 hours rest in each 24-hour period (cl 8(4)). Owners may have additional fatigue duties under State or Territory work health and safety laws.</w:t>
      </w:r>
    </w:p>
    <w:tbl>
      <w:tblPr>
        <w:tblW w:w="0" w:type="auto"/>
        <w:tblBorders>
          <w:top w:val="single" w:sz="6" w:space="0" w:color="C4D0DA"/>
          <w:left w:val="single" w:sz="6" w:space="0" w:color="C4D0DA"/>
          <w:bottom w:val="single" w:sz="6" w:space="0" w:color="C4D0DA"/>
          <w:right w:val="single" w:sz="6" w:space="0" w:color="C4D0DA"/>
          <w:insideH w:val="single" w:sz="6" w:space="0" w:color="C4D0DA"/>
          <w:insideV w:val="single" w:sz="6" w:space="0" w:color="C4D0DA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E21E5B" w14:paraId="3C56686B" w14:textId="77777777">
        <w:tc>
          <w:tcPr>
            <w:tcW w:w="3402" w:type="dxa"/>
            <w:shd w:val="clear" w:color="auto" w:fill="EEF2F6"/>
          </w:tcPr>
          <w:p w14:paraId="4E376C2C" w14:textId="77777777" w:rsidR="00E21E5B" w:rsidRDefault="00000000">
            <w:r>
              <w:rPr>
                <w:rFonts w:ascii="Arial" w:hAnsi="Arial"/>
                <w:b/>
                <w:color w:val="1C2B39"/>
                <w:sz w:val="18"/>
              </w:rPr>
              <w:t>Vessel name</w:t>
            </w:r>
          </w:p>
        </w:tc>
        <w:tc>
          <w:tcPr>
            <w:tcW w:w="6236" w:type="dxa"/>
          </w:tcPr>
          <w:p w14:paraId="3F3DAE59" w14:textId="77777777" w:rsidR="00E21E5B" w:rsidRDefault="00E21E5B"/>
        </w:tc>
      </w:tr>
      <w:tr w:rsidR="00E21E5B" w14:paraId="2CE5008B" w14:textId="77777777">
        <w:tc>
          <w:tcPr>
            <w:tcW w:w="3402" w:type="dxa"/>
            <w:shd w:val="clear" w:color="auto" w:fill="EEF2F6"/>
          </w:tcPr>
          <w:p w14:paraId="59F0B3C6" w14:textId="77777777" w:rsidR="00E21E5B" w:rsidRDefault="00000000">
            <w:r>
              <w:rPr>
                <w:rFonts w:ascii="Arial" w:hAnsi="Arial"/>
                <w:b/>
                <w:color w:val="1C2B39"/>
                <w:sz w:val="18"/>
              </w:rPr>
              <w:t>Unique identifier (UVI)</w:t>
            </w:r>
          </w:p>
        </w:tc>
        <w:tc>
          <w:tcPr>
            <w:tcW w:w="6236" w:type="dxa"/>
          </w:tcPr>
          <w:p w14:paraId="022DAA25" w14:textId="77777777" w:rsidR="00E21E5B" w:rsidRDefault="00E21E5B"/>
        </w:tc>
      </w:tr>
      <w:tr w:rsidR="00E21E5B" w14:paraId="5803BF79" w14:textId="77777777">
        <w:tc>
          <w:tcPr>
            <w:tcW w:w="3402" w:type="dxa"/>
            <w:shd w:val="clear" w:color="auto" w:fill="EEF2F6"/>
          </w:tcPr>
          <w:p w14:paraId="6852A9B1" w14:textId="77777777" w:rsidR="00E21E5B" w:rsidRDefault="00000000">
            <w:r>
              <w:rPr>
                <w:rFonts w:ascii="Arial" w:hAnsi="Arial"/>
                <w:b/>
                <w:color w:val="1C2B39"/>
                <w:sz w:val="18"/>
              </w:rPr>
              <w:t>Operation / activity</w:t>
            </w:r>
          </w:p>
        </w:tc>
        <w:tc>
          <w:tcPr>
            <w:tcW w:w="6236" w:type="dxa"/>
          </w:tcPr>
          <w:p w14:paraId="4644C9EF" w14:textId="77777777" w:rsidR="00E21E5B" w:rsidRDefault="00E21E5B"/>
        </w:tc>
      </w:tr>
      <w:tr w:rsidR="00E21E5B" w14:paraId="688094B4" w14:textId="77777777">
        <w:tc>
          <w:tcPr>
            <w:tcW w:w="3402" w:type="dxa"/>
            <w:shd w:val="clear" w:color="auto" w:fill="EEF2F6"/>
          </w:tcPr>
          <w:p w14:paraId="22D56325" w14:textId="77777777" w:rsidR="00E21E5B" w:rsidRDefault="00000000">
            <w:r>
              <w:rPr>
                <w:rFonts w:ascii="Arial" w:hAnsi="Arial"/>
                <w:b/>
                <w:color w:val="1C2B39"/>
                <w:sz w:val="18"/>
              </w:rPr>
              <w:t>Prepared by (with master &amp; crew)</w:t>
            </w:r>
          </w:p>
        </w:tc>
        <w:tc>
          <w:tcPr>
            <w:tcW w:w="6236" w:type="dxa"/>
          </w:tcPr>
          <w:p w14:paraId="6F494247" w14:textId="77777777" w:rsidR="00E21E5B" w:rsidRDefault="00E21E5B"/>
        </w:tc>
      </w:tr>
      <w:tr w:rsidR="00E21E5B" w14:paraId="5E9C1A54" w14:textId="77777777">
        <w:tc>
          <w:tcPr>
            <w:tcW w:w="3402" w:type="dxa"/>
            <w:shd w:val="clear" w:color="auto" w:fill="EEF2F6"/>
          </w:tcPr>
          <w:p w14:paraId="27D5A16C" w14:textId="77777777" w:rsidR="00E21E5B" w:rsidRDefault="00000000">
            <w:r>
              <w:rPr>
                <w:rFonts w:ascii="Arial" w:hAnsi="Arial"/>
                <w:b/>
                <w:color w:val="1C2B39"/>
                <w:sz w:val="18"/>
              </w:rPr>
              <w:t>Date prepared</w:t>
            </w:r>
          </w:p>
        </w:tc>
        <w:tc>
          <w:tcPr>
            <w:tcW w:w="6236" w:type="dxa"/>
          </w:tcPr>
          <w:p w14:paraId="499E7284" w14:textId="77777777" w:rsidR="00E21E5B" w:rsidRDefault="00E21E5B"/>
        </w:tc>
      </w:tr>
      <w:tr w:rsidR="00E21E5B" w14:paraId="5495D5E7" w14:textId="77777777">
        <w:tc>
          <w:tcPr>
            <w:tcW w:w="3402" w:type="dxa"/>
            <w:shd w:val="clear" w:color="auto" w:fill="EEF2F6"/>
          </w:tcPr>
          <w:p w14:paraId="25AAE355" w14:textId="77777777" w:rsidR="00E21E5B" w:rsidRDefault="00000000">
            <w:r>
              <w:rPr>
                <w:rFonts w:ascii="Arial" w:hAnsi="Arial"/>
                <w:b/>
                <w:color w:val="1C2B39"/>
                <w:sz w:val="18"/>
              </w:rPr>
              <w:t>Next review due</w:t>
            </w:r>
          </w:p>
        </w:tc>
        <w:tc>
          <w:tcPr>
            <w:tcW w:w="6236" w:type="dxa"/>
          </w:tcPr>
          <w:p w14:paraId="27DFED0D" w14:textId="77777777" w:rsidR="00E21E5B" w:rsidRDefault="00E21E5B"/>
        </w:tc>
      </w:tr>
    </w:tbl>
    <w:p w14:paraId="133BD204" w14:textId="77777777" w:rsidR="00E21E5B" w:rsidRDefault="00E21E5B"/>
    <w:p w14:paraId="78F4A7C9" w14:textId="77777777" w:rsidR="00E21E5B" w:rsidRDefault="00000000">
      <w:r>
        <w:rPr>
          <w:rFonts w:ascii="Arial" w:hAnsi="Arial"/>
          <w:b/>
          <w:color w:val="185FA5"/>
        </w:rPr>
        <w:t>1. Fatigue policy statement</w:t>
      </w:r>
    </w:p>
    <w:p w14:paraId="5CD5BD08" w14:textId="77777777" w:rsidR="00E21E5B" w:rsidRDefault="00000000">
      <w:r>
        <w:rPr>
          <w:rFonts w:ascii="Arial" w:hAnsi="Arial"/>
          <w:color w:val="5A6B7B"/>
          <w:sz w:val="18"/>
        </w:rPr>
        <w:t>State your commitment to managing fatigue — prioritising rest, managing hours of work, and supporting crew to report when they are too fatigued to work safely.</w:t>
      </w:r>
    </w:p>
    <w:p w14:paraId="0EC1D538" w14:textId="77777777" w:rsidR="00E21E5B" w:rsidRDefault="00000000">
      <w:r>
        <w:rPr>
          <w:rFonts w:ascii="Arial" w:hAnsi="Arial"/>
          <w:color w:val="C4D0DA"/>
          <w:sz w:val="18"/>
        </w:rPr>
        <w:t>______________________________________________________________________________________________________________</w:t>
      </w:r>
    </w:p>
    <w:p w14:paraId="3D1D7BBE" w14:textId="77777777" w:rsidR="00E21E5B" w:rsidRDefault="00000000">
      <w:r>
        <w:rPr>
          <w:rFonts w:ascii="Arial" w:hAnsi="Arial"/>
          <w:color w:val="C4D0DA"/>
          <w:sz w:val="18"/>
        </w:rPr>
        <w:t>______________________________________________________________________________________________________________</w:t>
      </w:r>
    </w:p>
    <w:p w14:paraId="2F20FCEB" w14:textId="77777777" w:rsidR="00E21E5B" w:rsidRDefault="00000000">
      <w:r>
        <w:rPr>
          <w:rFonts w:ascii="Arial" w:hAnsi="Arial"/>
          <w:color w:val="C4D0DA"/>
          <w:sz w:val="18"/>
        </w:rPr>
        <w:t>______________________________________________________________________________________________________________</w:t>
      </w:r>
    </w:p>
    <w:p w14:paraId="1F93957F" w14:textId="77777777" w:rsidR="00E21E5B" w:rsidRDefault="00E21E5B"/>
    <w:p w14:paraId="7BDADF9B" w14:textId="77777777" w:rsidR="00E21E5B" w:rsidRDefault="00000000">
      <w:r>
        <w:rPr>
          <w:rFonts w:ascii="Arial" w:hAnsi="Arial"/>
          <w:b/>
          <w:color w:val="185FA5"/>
        </w:rPr>
        <w:t>2. Fatigue risks &amp; controls</w:t>
      </w:r>
      <w:r>
        <w:rPr>
          <w:rFonts w:ascii="Arial" w:hAnsi="Arial"/>
          <w:color w:val="888888"/>
          <w:sz w:val="15"/>
        </w:rPr>
        <w:t xml:space="preserve">   cl 2(3)(e)</w:t>
      </w:r>
    </w:p>
    <w:tbl>
      <w:tblPr>
        <w:tblW w:w="0" w:type="auto"/>
        <w:tblBorders>
          <w:top w:val="single" w:sz="6" w:space="0" w:color="C4D0DA"/>
          <w:left w:val="single" w:sz="6" w:space="0" w:color="C4D0DA"/>
          <w:bottom w:val="single" w:sz="6" w:space="0" w:color="C4D0DA"/>
          <w:right w:val="single" w:sz="6" w:space="0" w:color="C4D0DA"/>
          <w:insideH w:val="single" w:sz="6" w:space="0" w:color="C4D0DA"/>
          <w:insideV w:val="single" w:sz="6" w:space="0" w:color="C4D0DA"/>
        </w:tblBorders>
        <w:tblLook w:val="04A0" w:firstRow="1" w:lastRow="0" w:firstColumn="1" w:lastColumn="0" w:noHBand="0" w:noVBand="1"/>
      </w:tblPr>
      <w:tblGrid>
        <w:gridCol w:w="2531"/>
        <w:gridCol w:w="2249"/>
        <w:gridCol w:w="3654"/>
        <w:gridCol w:w="1976"/>
      </w:tblGrid>
      <w:tr w:rsidR="00E21E5B" w14:paraId="67469317" w14:textId="77777777">
        <w:tc>
          <w:tcPr>
            <w:tcW w:w="2551" w:type="dxa"/>
            <w:shd w:val="clear" w:color="auto" w:fill="12395B"/>
          </w:tcPr>
          <w:p w14:paraId="16C13F89" w14:textId="77777777" w:rsidR="00E21E5B" w:rsidRDefault="00000000">
            <w:r>
              <w:rPr>
                <w:rFonts w:ascii="Arial" w:hAnsi="Arial"/>
                <w:b/>
                <w:color w:val="FFFFFF"/>
                <w:sz w:val="18"/>
              </w:rPr>
              <w:t>Fatigue factor / cause</w:t>
            </w:r>
          </w:p>
        </w:tc>
        <w:tc>
          <w:tcPr>
            <w:tcW w:w="2268" w:type="dxa"/>
            <w:shd w:val="clear" w:color="auto" w:fill="12395B"/>
          </w:tcPr>
          <w:p w14:paraId="0EAF38EC" w14:textId="77777777" w:rsidR="00E21E5B" w:rsidRDefault="00000000">
            <w:r>
              <w:rPr>
                <w:rFonts w:ascii="Arial" w:hAnsi="Arial"/>
                <w:b/>
                <w:color w:val="FFFFFF"/>
                <w:sz w:val="18"/>
              </w:rPr>
              <w:t>Risk</w:t>
            </w:r>
          </w:p>
        </w:tc>
        <w:tc>
          <w:tcPr>
            <w:tcW w:w="3685" w:type="dxa"/>
            <w:shd w:val="clear" w:color="auto" w:fill="12395B"/>
          </w:tcPr>
          <w:p w14:paraId="73277A84" w14:textId="77777777" w:rsidR="00E21E5B" w:rsidRDefault="00000000">
            <w:r>
              <w:rPr>
                <w:rFonts w:ascii="Arial" w:hAnsi="Arial"/>
                <w:b/>
                <w:color w:val="FFFFFF"/>
                <w:sz w:val="18"/>
              </w:rPr>
              <w:t>Control measures</w:t>
            </w:r>
          </w:p>
        </w:tc>
        <w:tc>
          <w:tcPr>
            <w:tcW w:w="1984" w:type="dxa"/>
            <w:shd w:val="clear" w:color="auto" w:fill="12395B"/>
          </w:tcPr>
          <w:p w14:paraId="4C94106A" w14:textId="77777777" w:rsidR="00E21E5B" w:rsidRDefault="00000000">
            <w:r>
              <w:rPr>
                <w:rFonts w:ascii="Arial" w:hAnsi="Arial"/>
                <w:b/>
                <w:color w:val="FFFFFF"/>
                <w:sz w:val="18"/>
              </w:rPr>
              <w:t>Responsible</w:t>
            </w:r>
          </w:p>
        </w:tc>
      </w:tr>
      <w:tr w:rsidR="00E21E5B" w14:paraId="3A2EC50E" w14:textId="77777777">
        <w:tc>
          <w:tcPr>
            <w:tcW w:w="2551" w:type="dxa"/>
          </w:tcPr>
          <w:p w14:paraId="1985B85E" w14:textId="77777777" w:rsidR="00E21E5B" w:rsidRDefault="00E21E5B">
            <w:pPr>
              <w:spacing w:before="60" w:after="60"/>
            </w:pPr>
          </w:p>
        </w:tc>
        <w:tc>
          <w:tcPr>
            <w:tcW w:w="2268" w:type="dxa"/>
          </w:tcPr>
          <w:p w14:paraId="39FEADEA" w14:textId="77777777" w:rsidR="00E21E5B" w:rsidRDefault="00E21E5B">
            <w:pPr>
              <w:spacing w:before="60" w:after="60"/>
            </w:pPr>
          </w:p>
        </w:tc>
        <w:tc>
          <w:tcPr>
            <w:tcW w:w="3685" w:type="dxa"/>
          </w:tcPr>
          <w:p w14:paraId="7A62B396" w14:textId="77777777" w:rsidR="00E21E5B" w:rsidRDefault="00E21E5B">
            <w:pPr>
              <w:spacing w:before="60" w:after="60"/>
            </w:pPr>
          </w:p>
        </w:tc>
        <w:tc>
          <w:tcPr>
            <w:tcW w:w="1984" w:type="dxa"/>
          </w:tcPr>
          <w:p w14:paraId="37906992" w14:textId="77777777" w:rsidR="00E21E5B" w:rsidRDefault="00E21E5B">
            <w:pPr>
              <w:spacing w:before="60" w:after="60"/>
            </w:pPr>
          </w:p>
        </w:tc>
      </w:tr>
      <w:tr w:rsidR="00E21E5B" w14:paraId="3416E3CD" w14:textId="77777777">
        <w:tc>
          <w:tcPr>
            <w:tcW w:w="2551" w:type="dxa"/>
          </w:tcPr>
          <w:p w14:paraId="2F4A7AB6" w14:textId="77777777" w:rsidR="00E21E5B" w:rsidRDefault="00E21E5B">
            <w:pPr>
              <w:spacing w:before="60" w:after="60"/>
            </w:pPr>
          </w:p>
        </w:tc>
        <w:tc>
          <w:tcPr>
            <w:tcW w:w="2268" w:type="dxa"/>
          </w:tcPr>
          <w:p w14:paraId="57525CAD" w14:textId="77777777" w:rsidR="00E21E5B" w:rsidRDefault="00E21E5B">
            <w:pPr>
              <w:spacing w:before="60" w:after="60"/>
            </w:pPr>
          </w:p>
        </w:tc>
        <w:tc>
          <w:tcPr>
            <w:tcW w:w="3685" w:type="dxa"/>
          </w:tcPr>
          <w:p w14:paraId="0DBA3A68" w14:textId="77777777" w:rsidR="00E21E5B" w:rsidRDefault="00E21E5B">
            <w:pPr>
              <w:spacing w:before="60" w:after="60"/>
            </w:pPr>
          </w:p>
        </w:tc>
        <w:tc>
          <w:tcPr>
            <w:tcW w:w="1984" w:type="dxa"/>
          </w:tcPr>
          <w:p w14:paraId="3C5F6E4A" w14:textId="77777777" w:rsidR="00E21E5B" w:rsidRDefault="00E21E5B">
            <w:pPr>
              <w:spacing w:before="60" w:after="60"/>
            </w:pPr>
          </w:p>
        </w:tc>
      </w:tr>
      <w:tr w:rsidR="00E21E5B" w14:paraId="07B60CB5" w14:textId="77777777">
        <w:tc>
          <w:tcPr>
            <w:tcW w:w="2551" w:type="dxa"/>
          </w:tcPr>
          <w:p w14:paraId="6D2DFDEC" w14:textId="77777777" w:rsidR="00E21E5B" w:rsidRDefault="00E21E5B">
            <w:pPr>
              <w:spacing w:before="60" w:after="60"/>
            </w:pPr>
          </w:p>
        </w:tc>
        <w:tc>
          <w:tcPr>
            <w:tcW w:w="2268" w:type="dxa"/>
          </w:tcPr>
          <w:p w14:paraId="18732765" w14:textId="77777777" w:rsidR="00E21E5B" w:rsidRDefault="00E21E5B">
            <w:pPr>
              <w:spacing w:before="60" w:after="60"/>
            </w:pPr>
          </w:p>
        </w:tc>
        <w:tc>
          <w:tcPr>
            <w:tcW w:w="3685" w:type="dxa"/>
          </w:tcPr>
          <w:p w14:paraId="14BB0D75" w14:textId="77777777" w:rsidR="00E21E5B" w:rsidRDefault="00E21E5B">
            <w:pPr>
              <w:spacing w:before="60" w:after="60"/>
            </w:pPr>
          </w:p>
        </w:tc>
        <w:tc>
          <w:tcPr>
            <w:tcW w:w="1984" w:type="dxa"/>
          </w:tcPr>
          <w:p w14:paraId="67000B15" w14:textId="77777777" w:rsidR="00E21E5B" w:rsidRDefault="00E21E5B">
            <w:pPr>
              <w:spacing w:before="60" w:after="60"/>
            </w:pPr>
          </w:p>
        </w:tc>
      </w:tr>
      <w:tr w:rsidR="00E21E5B" w14:paraId="3F74BC5D" w14:textId="77777777">
        <w:tc>
          <w:tcPr>
            <w:tcW w:w="2551" w:type="dxa"/>
          </w:tcPr>
          <w:p w14:paraId="6E123AB1" w14:textId="77777777" w:rsidR="00E21E5B" w:rsidRDefault="00E21E5B">
            <w:pPr>
              <w:spacing w:before="60" w:after="60"/>
            </w:pPr>
          </w:p>
        </w:tc>
        <w:tc>
          <w:tcPr>
            <w:tcW w:w="2268" w:type="dxa"/>
          </w:tcPr>
          <w:p w14:paraId="4C628851" w14:textId="77777777" w:rsidR="00E21E5B" w:rsidRDefault="00E21E5B">
            <w:pPr>
              <w:spacing w:before="60" w:after="60"/>
            </w:pPr>
          </w:p>
        </w:tc>
        <w:tc>
          <w:tcPr>
            <w:tcW w:w="3685" w:type="dxa"/>
          </w:tcPr>
          <w:p w14:paraId="7B147A8B" w14:textId="77777777" w:rsidR="00E21E5B" w:rsidRDefault="00E21E5B">
            <w:pPr>
              <w:spacing w:before="60" w:after="60"/>
            </w:pPr>
          </w:p>
        </w:tc>
        <w:tc>
          <w:tcPr>
            <w:tcW w:w="1984" w:type="dxa"/>
          </w:tcPr>
          <w:p w14:paraId="5BAE0EA5" w14:textId="77777777" w:rsidR="00E21E5B" w:rsidRDefault="00E21E5B">
            <w:pPr>
              <w:spacing w:before="60" w:after="60"/>
            </w:pPr>
          </w:p>
        </w:tc>
      </w:tr>
      <w:tr w:rsidR="00E21E5B" w14:paraId="08533DDA" w14:textId="77777777">
        <w:tc>
          <w:tcPr>
            <w:tcW w:w="2551" w:type="dxa"/>
          </w:tcPr>
          <w:p w14:paraId="7C6B0F40" w14:textId="77777777" w:rsidR="00E21E5B" w:rsidRDefault="00E21E5B">
            <w:pPr>
              <w:spacing w:before="60" w:after="60"/>
            </w:pPr>
          </w:p>
        </w:tc>
        <w:tc>
          <w:tcPr>
            <w:tcW w:w="2268" w:type="dxa"/>
          </w:tcPr>
          <w:p w14:paraId="323517CA" w14:textId="77777777" w:rsidR="00E21E5B" w:rsidRDefault="00E21E5B">
            <w:pPr>
              <w:spacing w:before="60" w:after="60"/>
            </w:pPr>
          </w:p>
        </w:tc>
        <w:tc>
          <w:tcPr>
            <w:tcW w:w="3685" w:type="dxa"/>
          </w:tcPr>
          <w:p w14:paraId="39DE7EDE" w14:textId="77777777" w:rsidR="00E21E5B" w:rsidRDefault="00E21E5B">
            <w:pPr>
              <w:spacing w:before="60" w:after="60"/>
            </w:pPr>
          </w:p>
        </w:tc>
        <w:tc>
          <w:tcPr>
            <w:tcW w:w="1984" w:type="dxa"/>
          </w:tcPr>
          <w:p w14:paraId="27B5E65D" w14:textId="77777777" w:rsidR="00E21E5B" w:rsidRDefault="00E21E5B">
            <w:pPr>
              <w:spacing w:before="60" w:after="60"/>
            </w:pPr>
          </w:p>
        </w:tc>
      </w:tr>
      <w:tr w:rsidR="00E21E5B" w14:paraId="1A7A1635" w14:textId="77777777">
        <w:tc>
          <w:tcPr>
            <w:tcW w:w="2551" w:type="dxa"/>
          </w:tcPr>
          <w:p w14:paraId="7C789348" w14:textId="77777777" w:rsidR="00E21E5B" w:rsidRDefault="00E21E5B">
            <w:pPr>
              <w:spacing w:before="60" w:after="60"/>
            </w:pPr>
          </w:p>
        </w:tc>
        <w:tc>
          <w:tcPr>
            <w:tcW w:w="2268" w:type="dxa"/>
          </w:tcPr>
          <w:p w14:paraId="38B72F1D" w14:textId="77777777" w:rsidR="00E21E5B" w:rsidRDefault="00E21E5B">
            <w:pPr>
              <w:spacing w:before="60" w:after="60"/>
            </w:pPr>
          </w:p>
        </w:tc>
        <w:tc>
          <w:tcPr>
            <w:tcW w:w="3685" w:type="dxa"/>
          </w:tcPr>
          <w:p w14:paraId="66972C0C" w14:textId="77777777" w:rsidR="00E21E5B" w:rsidRDefault="00E21E5B">
            <w:pPr>
              <w:spacing w:before="60" w:after="60"/>
            </w:pPr>
          </w:p>
        </w:tc>
        <w:tc>
          <w:tcPr>
            <w:tcW w:w="1984" w:type="dxa"/>
          </w:tcPr>
          <w:p w14:paraId="5081B142" w14:textId="77777777" w:rsidR="00E21E5B" w:rsidRDefault="00E21E5B">
            <w:pPr>
              <w:spacing w:before="60" w:after="60"/>
            </w:pPr>
          </w:p>
        </w:tc>
      </w:tr>
      <w:tr w:rsidR="00E21E5B" w14:paraId="680F2E45" w14:textId="77777777">
        <w:tc>
          <w:tcPr>
            <w:tcW w:w="2551" w:type="dxa"/>
          </w:tcPr>
          <w:p w14:paraId="58B2B1F0" w14:textId="77777777" w:rsidR="00E21E5B" w:rsidRDefault="00E21E5B">
            <w:pPr>
              <w:spacing w:before="60" w:after="60"/>
            </w:pPr>
          </w:p>
        </w:tc>
        <w:tc>
          <w:tcPr>
            <w:tcW w:w="2268" w:type="dxa"/>
          </w:tcPr>
          <w:p w14:paraId="5A61375A" w14:textId="77777777" w:rsidR="00E21E5B" w:rsidRDefault="00E21E5B">
            <w:pPr>
              <w:spacing w:before="60" w:after="60"/>
            </w:pPr>
          </w:p>
        </w:tc>
        <w:tc>
          <w:tcPr>
            <w:tcW w:w="3685" w:type="dxa"/>
          </w:tcPr>
          <w:p w14:paraId="5E955880" w14:textId="77777777" w:rsidR="00E21E5B" w:rsidRDefault="00E21E5B">
            <w:pPr>
              <w:spacing w:before="60" w:after="60"/>
            </w:pPr>
          </w:p>
        </w:tc>
        <w:tc>
          <w:tcPr>
            <w:tcW w:w="1984" w:type="dxa"/>
          </w:tcPr>
          <w:p w14:paraId="22711A6B" w14:textId="77777777" w:rsidR="00E21E5B" w:rsidRDefault="00E21E5B">
            <w:pPr>
              <w:spacing w:before="60" w:after="60"/>
            </w:pPr>
          </w:p>
        </w:tc>
      </w:tr>
      <w:tr w:rsidR="00E21E5B" w14:paraId="2A8AF67F" w14:textId="77777777">
        <w:tc>
          <w:tcPr>
            <w:tcW w:w="2551" w:type="dxa"/>
          </w:tcPr>
          <w:p w14:paraId="296EFE23" w14:textId="77777777" w:rsidR="00E21E5B" w:rsidRDefault="00E21E5B">
            <w:pPr>
              <w:spacing w:before="60" w:after="60"/>
            </w:pPr>
          </w:p>
        </w:tc>
        <w:tc>
          <w:tcPr>
            <w:tcW w:w="2268" w:type="dxa"/>
          </w:tcPr>
          <w:p w14:paraId="22183BDD" w14:textId="77777777" w:rsidR="00E21E5B" w:rsidRDefault="00E21E5B">
            <w:pPr>
              <w:spacing w:before="60" w:after="60"/>
            </w:pPr>
          </w:p>
        </w:tc>
        <w:tc>
          <w:tcPr>
            <w:tcW w:w="3685" w:type="dxa"/>
          </w:tcPr>
          <w:p w14:paraId="16BD5B23" w14:textId="77777777" w:rsidR="00E21E5B" w:rsidRDefault="00E21E5B">
            <w:pPr>
              <w:spacing w:before="60" w:after="60"/>
            </w:pPr>
          </w:p>
        </w:tc>
        <w:tc>
          <w:tcPr>
            <w:tcW w:w="1984" w:type="dxa"/>
          </w:tcPr>
          <w:p w14:paraId="795E1CFC" w14:textId="77777777" w:rsidR="00E21E5B" w:rsidRDefault="00E21E5B">
            <w:pPr>
              <w:spacing w:before="60" w:after="60"/>
            </w:pPr>
          </w:p>
        </w:tc>
      </w:tr>
    </w:tbl>
    <w:p w14:paraId="301F1EDC" w14:textId="77777777" w:rsidR="00E21E5B" w:rsidRDefault="00E21E5B"/>
    <w:p w14:paraId="34EFA4A8" w14:textId="77777777" w:rsidR="00E21E5B" w:rsidRDefault="00000000">
      <w:r>
        <w:rPr>
          <w:rFonts w:ascii="Arial" w:hAnsi="Arial"/>
          <w:b/>
          <w:color w:val="185FA5"/>
        </w:rPr>
        <w:t>3. Hours of work &amp; rest</w:t>
      </w:r>
      <w:r>
        <w:rPr>
          <w:rFonts w:ascii="Arial" w:hAnsi="Arial"/>
          <w:color w:val="888888"/>
          <w:sz w:val="15"/>
        </w:rPr>
        <w:t xml:space="preserve">   cl 8(4)</w:t>
      </w:r>
    </w:p>
    <w:p w14:paraId="688C867D" w14:textId="77777777" w:rsidR="00E21E5B" w:rsidRDefault="00000000">
      <w:r>
        <w:rPr>
          <w:rFonts w:ascii="Arial" w:hAnsi="Arial"/>
          <w:color w:val="5A6B7B"/>
          <w:sz w:val="18"/>
        </w:rPr>
        <w:t>Record how you schedule work and rest so each person receives at least 10 hours rest in each 24-hour period. Use the log below.</w:t>
      </w:r>
    </w:p>
    <w:tbl>
      <w:tblPr>
        <w:tblW w:w="0" w:type="auto"/>
        <w:tblBorders>
          <w:top w:val="single" w:sz="6" w:space="0" w:color="C4D0DA"/>
          <w:left w:val="single" w:sz="6" w:space="0" w:color="C4D0DA"/>
          <w:bottom w:val="single" w:sz="6" w:space="0" w:color="C4D0DA"/>
          <w:right w:val="single" w:sz="6" w:space="0" w:color="C4D0DA"/>
          <w:insideH w:val="single" w:sz="6" w:space="0" w:color="C4D0DA"/>
          <w:insideV w:val="single" w:sz="6" w:space="0" w:color="C4D0DA"/>
        </w:tblBorders>
        <w:tblLook w:val="04A0" w:firstRow="1" w:lastRow="0" w:firstColumn="1" w:lastColumn="0" w:noHBand="0" w:noVBand="1"/>
      </w:tblPr>
      <w:tblGrid>
        <w:gridCol w:w="2531"/>
        <w:gridCol w:w="1464"/>
        <w:gridCol w:w="1691"/>
        <w:gridCol w:w="1801"/>
        <w:gridCol w:w="2923"/>
      </w:tblGrid>
      <w:tr w:rsidR="00E21E5B" w14:paraId="74C4E81A" w14:textId="77777777">
        <w:tc>
          <w:tcPr>
            <w:tcW w:w="2551" w:type="dxa"/>
            <w:shd w:val="clear" w:color="auto" w:fill="12395B"/>
          </w:tcPr>
          <w:p w14:paraId="721051DC" w14:textId="77777777" w:rsidR="00E21E5B" w:rsidRDefault="00000000">
            <w:r>
              <w:rPr>
                <w:rFonts w:ascii="Arial" w:hAnsi="Arial"/>
                <w:b/>
                <w:color w:val="FFFFFF"/>
                <w:sz w:val="18"/>
              </w:rPr>
              <w:t>Crew name</w:t>
            </w:r>
          </w:p>
        </w:tc>
        <w:tc>
          <w:tcPr>
            <w:tcW w:w="1474" w:type="dxa"/>
            <w:shd w:val="clear" w:color="auto" w:fill="12395B"/>
          </w:tcPr>
          <w:p w14:paraId="772146B3" w14:textId="77777777" w:rsidR="00E21E5B" w:rsidRDefault="00000000">
            <w:r>
              <w:rPr>
                <w:rFonts w:ascii="Arial" w:hAnsi="Arial"/>
                <w:b/>
                <w:color w:val="FFFFFF"/>
                <w:sz w:val="18"/>
              </w:rPr>
              <w:t>Date</w:t>
            </w:r>
          </w:p>
        </w:tc>
        <w:tc>
          <w:tcPr>
            <w:tcW w:w="1701" w:type="dxa"/>
            <w:shd w:val="clear" w:color="auto" w:fill="12395B"/>
          </w:tcPr>
          <w:p w14:paraId="52A242E1" w14:textId="77777777" w:rsidR="00E21E5B" w:rsidRDefault="00000000">
            <w:r>
              <w:rPr>
                <w:rFonts w:ascii="Arial" w:hAnsi="Arial"/>
                <w:b/>
                <w:color w:val="FFFFFF"/>
                <w:sz w:val="18"/>
              </w:rPr>
              <w:t>Hours worked</w:t>
            </w:r>
          </w:p>
        </w:tc>
        <w:tc>
          <w:tcPr>
            <w:tcW w:w="1814" w:type="dxa"/>
            <w:shd w:val="clear" w:color="auto" w:fill="12395B"/>
          </w:tcPr>
          <w:p w14:paraId="35EC8356" w14:textId="77777777" w:rsidR="00E21E5B" w:rsidRDefault="00000000">
            <w:r>
              <w:rPr>
                <w:rFonts w:ascii="Arial" w:hAnsi="Arial"/>
                <w:b/>
                <w:color w:val="FFFFFF"/>
                <w:sz w:val="18"/>
              </w:rPr>
              <w:t>Rest taken (hrs)</w:t>
            </w:r>
          </w:p>
        </w:tc>
        <w:tc>
          <w:tcPr>
            <w:tcW w:w="2948" w:type="dxa"/>
            <w:shd w:val="clear" w:color="auto" w:fill="12395B"/>
          </w:tcPr>
          <w:p w14:paraId="4D774CAA" w14:textId="77777777" w:rsidR="00E21E5B" w:rsidRDefault="00000000">
            <w:r>
              <w:rPr>
                <w:rFonts w:ascii="Arial" w:hAnsi="Arial"/>
                <w:b/>
                <w:color w:val="FFFFFF"/>
                <w:sz w:val="18"/>
              </w:rPr>
              <w:t>Notes</w:t>
            </w:r>
          </w:p>
        </w:tc>
      </w:tr>
      <w:tr w:rsidR="00E21E5B" w14:paraId="755E5D7A" w14:textId="77777777">
        <w:tc>
          <w:tcPr>
            <w:tcW w:w="2551" w:type="dxa"/>
          </w:tcPr>
          <w:p w14:paraId="41091F30" w14:textId="77777777" w:rsidR="00E21E5B" w:rsidRDefault="00E21E5B">
            <w:pPr>
              <w:spacing w:before="60" w:after="60"/>
            </w:pPr>
          </w:p>
        </w:tc>
        <w:tc>
          <w:tcPr>
            <w:tcW w:w="1474" w:type="dxa"/>
          </w:tcPr>
          <w:p w14:paraId="15FE4417" w14:textId="77777777" w:rsidR="00E21E5B" w:rsidRDefault="00E21E5B">
            <w:pPr>
              <w:spacing w:before="60" w:after="60"/>
            </w:pPr>
          </w:p>
        </w:tc>
        <w:tc>
          <w:tcPr>
            <w:tcW w:w="1701" w:type="dxa"/>
          </w:tcPr>
          <w:p w14:paraId="5686DD0D" w14:textId="77777777" w:rsidR="00E21E5B" w:rsidRDefault="00E21E5B">
            <w:pPr>
              <w:spacing w:before="60" w:after="60"/>
            </w:pPr>
          </w:p>
        </w:tc>
        <w:tc>
          <w:tcPr>
            <w:tcW w:w="1814" w:type="dxa"/>
          </w:tcPr>
          <w:p w14:paraId="0EDB2C7E" w14:textId="77777777" w:rsidR="00E21E5B" w:rsidRDefault="00E21E5B">
            <w:pPr>
              <w:spacing w:before="60" w:after="60"/>
            </w:pPr>
          </w:p>
        </w:tc>
        <w:tc>
          <w:tcPr>
            <w:tcW w:w="2948" w:type="dxa"/>
          </w:tcPr>
          <w:p w14:paraId="09469F6A" w14:textId="77777777" w:rsidR="00E21E5B" w:rsidRDefault="00E21E5B">
            <w:pPr>
              <w:spacing w:before="60" w:after="60"/>
            </w:pPr>
          </w:p>
        </w:tc>
      </w:tr>
      <w:tr w:rsidR="00E21E5B" w14:paraId="3B6130DC" w14:textId="77777777">
        <w:tc>
          <w:tcPr>
            <w:tcW w:w="2551" w:type="dxa"/>
          </w:tcPr>
          <w:p w14:paraId="40350576" w14:textId="77777777" w:rsidR="00E21E5B" w:rsidRDefault="00E21E5B">
            <w:pPr>
              <w:spacing w:before="60" w:after="60"/>
            </w:pPr>
          </w:p>
        </w:tc>
        <w:tc>
          <w:tcPr>
            <w:tcW w:w="1474" w:type="dxa"/>
          </w:tcPr>
          <w:p w14:paraId="4D1F4853" w14:textId="77777777" w:rsidR="00E21E5B" w:rsidRDefault="00E21E5B">
            <w:pPr>
              <w:spacing w:before="60" w:after="60"/>
            </w:pPr>
          </w:p>
        </w:tc>
        <w:tc>
          <w:tcPr>
            <w:tcW w:w="1701" w:type="dxa"/>
          </w:tcPr>
          <w:p w14:paraId="4426646E" w14:textId="77777777" w:rsidR="00E21E5B" w:rsidRDefault="00E21E5B">
            <w:pPr>
              <w:spacing w:before="60" w:after="60"/>
            </w:pPr>
          </w:p>
        </w:tc>
        <w:tc>
          <w:tcPr>
            <w:tcW w:w="1814" w:type="dxa"/>
          </w:tcPr>
          <w:p w14:paraId="0FE7A65B" w14:textId="77777777" w:rsidR="00E21E5B" w:rsidRDefault="00E21E5B">
            <w:pPr>
              <w:spacing w:before="60" w:after="60"/>
            </w:pPr>
          </w:p>
        </w:tc>
        <w:tc>
          <w:tcPr>
            <w:tcW w:w="2948" w:type="dxa"/>
          </w:tcPr>
          <w:p w14:paraId="44E5B518" w14:textId="77777777" w:rsidR="00E21E5B" w:rsidRDefault="00E21E5B">
            <w:pPr>
              <w:spacing w:before="60" w:after="60"/>
            </w:pPr>
          </w:p>
        </w:tc>
      </w:tr>
      <w:tr w:rsidR="00E21E5B" w14:paraId="60953BA6" w14:textId="77777777">
        <w:tc>
          <w:tcPr>
            <w:tcW w:w="2551" w:type="dxa"/>
          </w:tcPr>
          <w:p w14:paraId="1A9C4B48" w14:textId="77777777" w:rsidR="00E21E5B" w:rsidRDefault="00E21E5B">
            <w:pPr>
              <w:spacing w:before="60" w:after="60"/>
            </w:pPr>
          </w:p>
        </w:tc>
        <w:tc>
          <w:tcPr>
            <w:tcW w:w="1474" w:type="dxa"/>
          </w:tcPr>
          <w:p w14:paraId="7900B716" w14:textId="77777777" w:rsidR="00E21E5B" w:rsidRDefault="00E21E5B">
            <w:pPr>
              <w:spacing w:before="60" w:after="60"/>
            </w:pPr>
          </w:p>
        </w:tc>
        <w:tc>
          <w:tcPr>
            <w:tcW w:w="1701" w:type="dxa"/>
          </w:tcPr>
          <w:p w14:paraId="2B7CAE18" w14:textId="77777777" w:rsidR="00E21E5B" w:rsidRDefault="00E21E5B">
            <w:pPr>
              <w:spacing w:before="60" w:after="60"/>
            </w:pPr>
          </w:p>
        </w:tc>
        <w:tc>
          <w:tcPr>
            <w:tcW w:w="1814" w:type="dxa"/>
          </w:tcPr>
          <w:p w14:paraId="692FA628" w14:textId="77777777" w:rsidR="00E21E5B" w:rsidRDefault="00E21E5B">
            <w:pPr>
              <w:spacing w:before="60" w:after="60"/>
            </w:pPr>
          </w:p>
        </w:tc>
        <w:tc>
          <w:tcPr>
            <w:tcW w:w="2948" w:type="dxa"/>
          </w:tcPr>
          <w:p w14:paraId="64064BC2" w14:textId="77777777" w:rsidR="00E21E5B" w:rsidRDefault="00E21E5B">
            <w:pPr>
              <w:spacing w:before="60" w:after="60"/>
            </w:pPr>
          </w:p>
        </w:tc>
      </w:tr>
      <w:tr w:rsidR="00E21E5B" w14:paraId="2A56B4D4" w14:textId="77777777">
        <w:tc>
          <w:tcPr>
            <w:tcW w:w="2551" w:type="dxa"/>
          </w:tcPr>
          <w:p w14:paraId="581E37E7" w14:textId="77777777" w:rsidR="00E21E5B" w:rsidRDefault="00E21E5B">
            <w:pPr>
              <w:spacing w:before="60" w:after="60"/>
            </w:pPr>
          </w:p>
        </w:tc>
        <w:tc>
          <w:tcPr>
            <w:tcW w:w="1474" w:type="dxa"/>
          </w:tcPr>
          <w:p w14:paraId="1A5388A4" w14:textId="77777777" w:rsidR="00E21E5B" w:rsidRDefault="00E21E5B">
            <w:pPr>
              <w:spacing w:before="60" w:after="60"/>
            </w:pPr>
          </w:p>
        </w:tc>
        <w:tc>
          <w:tcPr>
            <w:tcW w:w="1701" w:type="dxa"/>
          </w:tcPr>
          <w:p w14:paraId="11ADA863" w14:textId="77777777" w:rsidR="00E21E5B" w:rsidRDefault="00E21E5B">
            <w:pPr>
              <w:spacing w:before="60" w:after="60"/>
            </w:pPr>
          </w:p>
        </w:tc>
        <w:tc>
          <w:tcPr>
            <w:tcW w:w="1814" w:type="dxa"/>
          </w:tcPr>
          <w:p w14:paraId="4E21A944" w14:textId="77777777" w:rsidR="00E21E5B" w:rsidRDefault="00E21E5B">
            <w:pPr>
              <w:spacing w:before="60" w:after="60"/>
            </w:pPr>
          </w:p>
        </w:tc>
        <w:tc>
          <w:tcPr>
            <w:tcW w:w="2948" w:type="dxa"/>
          </w:tcPr>
          <w:p w14:paraId="7C678498" w14:textId="77777777" w:rsidR="00E21E5B" w:rsidRDefault="00E21E5B">
            <w:pPr>
              <w:spacing w:before="60" w:after="60"/>
            </w:pPr>
          </w:p>
        </w:tc>
      </w:tr>
      <w:tr w:rsidR="00E21E5B" w14:paraId="2EF34B1C" w14:textId="77777777">
        <w:tc>
          <w:tcPr>
            <w:tcW w:w="2551" w:type="dxa"/>
          </w:tcPr>
          <w:p w14:paraId="5B63FB5C" w14:textId="77777777" w:rsidR="00E21E5B" w:rsidRDefault="00E21E5B">
            <w:pPr>
              <w:spacing w:before="60" w:after="60"/>
            </w:pPr>
          </w:p>
        </w:tc>
        <w:tc>
          <w:tcPr>
            <w:tcW w:w="1474" w:type="dxa"/>
          </w:tcPr>
          <w:p w14:paraId="25AEEA2A" w14:textId="77777777" w:rsidR="00E21E5B" w:rsidRDefault="00E21E5B">
            <w:pPr>
              <w:spacing w:before="60" w:after="60"/>
            </w:pPr>
          </w:p>
        </w:tc>
        <w:tc>
          <w:tcPr>
            <w:tcW w:w="1701" w:type="dxa"/>
          </w:tcPr>
          <w:p w14:paraId="425A1CC2" w14:textId="77777777" w:rsidR="00E21E5B" w:rsidRDefault="00E21E5B">
            <w:pPr>
              <w:spacing w:before="60" w:after="60"/>
            </w:pPr>
          </w:p>
        </w:tc>
        <w:tc>
          <w:tcPr>
            <w:tcW w:w="1814" w:type="dxa"/>
          </w:tcPr>
          <w:p w14:paraId="160E0D9B" w14:textId="77777777" w:rsidR="00E21E5B" w:rsidRDefault="00E21E5B">
            <w:pPr>
              <w:spacing w:before="60" w:after="60"/>
            </w:pPr>
          </w:p>
        </w:tc>
        <w:tc>
          <w:tcPr>
            <w:tcW w:w="2948" w:type="dxa"/>
          </w:tcPr>
          <w:p w14:paraId="342C9F98" w14:textId="77777777" w:rsidR="00E21E5B" w:rsidRDefault="00E21E5B">
            <w:pPr>
              <w:spacing w:before="60" w:after="60"/>
            </w:pPr>
          </w:p>
        </w:tc>
      </w:tr>
      <w:tr w:rsidR="00E21E5B" w14:paraId="58B10A46" w14:textId="77777777">
        <w:tc>
          <w:tcPr>
            <w:tcW w:w="2551" w:type="dxa"/>
          </w:tcPr>
          <w:p w14:paraId="46953030" w14:textId="77777777" w:rsidR="00E21E5B" w:rsidRDefault="00E21E5B">
            <w:pPr>
              <w:spacing w:before="60" w:after="60"/>
            </w:pPr>
          </w:p>
        </w:tc>
        <w:tc>
          <w:tcPr>
            <w:tcW w:w="1474" w:type="dxa"/>
          </w:tcPr>
          <w:p w14:paraId="6466720F" w14:textId="77777777" w:rsidR="00E21E5B" w:rsidRDefault="00E21E5B">
            <w:pPr>
              <w:spacing w:before="60" w:after="60"/>
            </w:pPr>
          </w:p>
        </w:tc>
        <w:tc>
          <w:tcPr>
            <w:tcW w:w="1701" w:type="dxa"/>
          </w:tcPr>
          <w:p w14:paraId="4932945F" w14:textId="77777777" w:rsidR="00E21E5B" w:rsidRDefault="00E21E5B">
            <w:pPr>
              <w:spacing w:before="60" w:after="60"/>
            </w:pPr>
          </w:p>
        </w:tc>
        <w:tc>
          <w:tcPr>
            <w:tcW w:w="1814" w:type="dxa"/>
          </w:tcPr>
          <w:p w14:paraId="3472E212" w14:textId="77777777" w:rsidR="00E21E5B" w:rsidRDefault="00E21E5B">
            <w:pPr>
              <w:spacing w:before="60" w:after="60"/>
            </w:pPr>
          </w:p>
        </w:tc>
        <w:tc>
          <w:tcPr>
            <w:tcW w:w="2948" w:type="dxa"/>
          </w:tcPr>
          <w:p w14:paraId="3657930C" w14:textId="77777777" w:rsidR="00E21E5B" w:rsidRDefault="00E21E5B">
            <w:pPr>
              <w:spacing w:before="60" w:after="60"/>
            </w:pPr>
          </w:p>
        </w:tc>
      </w:tr>
      <w:tr w:rsidR="00E21E5B" w14:paraId="6F2C7C33" w14:textId="77777777">
        <w:tc>
          <w:tcPr>
            <w:tcW w:w="2551" w:type="dxa"/>
          </w:tcPr>
          <w:p w14:paraId="1AE4143F" w14:textId="77777777" w:rsidR="00E21E5B" w:rsidRDefault="00E21E5B">
            <w:pPr>
              <w:spacing w:before="60" w:after="60"/>
            </w:pPr>
          </w:p>
        </w:tc>
        <w:tc>
          <w:tcPr>
            <w:tcW w:w="1474" w:type="dxa"/>
          </w:tcPr>
          <w:p w14:paraId="3AE96F2E" w14:textId="77777777" w:rsidR="00E21E5B" w:rsidRDefault="00E21E5B">
            <w:pPr>
              <w:spacing w:before="60" w:after="60"/>
            </w:pPr>
          </w:p>
        </w:tc>
        <w:tc>
          <w:tcPr>
            <w:tcW w:w="1701" w:type="dxa"/>
          </w:tcPr>
          <w:p w14:paraId="285B1DB1" w14:textId="77777777" w:rsidR="00E21E5B" w:rsidRDefault="00E21E5B">
            <w:pPr>
              <w:spacing w:before="60" w:after="60"/>
            </w:pPr>
          </w:p>
        </w:tc>
        <w:tc>
          <w:tcPr>
            <w:tcW w:w="1814" w:type="dxa"/>
          </w:tcPr>
          <w:p w14:paraId="4A8ECAF2" w14:textId="77777777" w:rsidR="00E21E5B" w:rsidRDefault="00E21E5B">
            <w:pPr>
              <w:spacing w:before="60" w:after="60"/>
            </w:pPr>
          </w:p>
        </w:tc>
        <w:tc>
          <w:tcPr>
            <w:tcW w:w="2948" w:type="dxa"/>
          </w:tcPr>
          <w:p w14:paraId="630C6FDE" w14:textId="77777777" w:rsidR="00E21E5B" w:rsidRDefault="00E21E5B">
            <w:pPr>
              <w:spacing w:before="60" w:after="60"/>
            </w:pPr>
          </w:p>
        </w:tc>
      </w:tr>
      <w:tr w:rsidR="00E21E5B" w14:paraId="7C8BBAC7" w14:textId="77777777">
        <w:tc>
          <w:tcPr>
            <w:tcW w:w="2551" w:type="dxa"/>
          </w:tcPr>
          <w:p w14:paraId="18A5A797" w14:textId="77777777" w:rsidR="00E21E5B" w:rsidRDefault="00E21E5B">
            <w:pPr>
              <w:spacing w:before="60" w:after="60"/>
            </w:pPr>
          </w:p>
        </w:tc>
        <w:tc>
          <w:tcPr>
            <w:tcW w:w="1474" w:type="dxa"/>
          </w:tcPr>
          <w:p w14:paraId="261B1776" w14:textId="77777777" w:rsidR="00E21E5B" w:rsidRDefault="00E21E5B">
            <w:pPr>
              <w:spacing w:before="60" w:after="60"/>
            </w:pPr>
          </w:p>
        </w:tc>
        <w:tc>
          <w:tcPr>
            <w:tcW w:w="1701" w:type="dxa"/>
          </w:tcPr>
          <w:p w14:paraId="785FC7E8" w14:textId="77777777" w:rsidR="00E21E5B" w:rsidRDefault="00E21E5B">
            <w:pPr>
              <w:spacing w:before="60" w:after="60"/>
            </w:pPr>
          </w:p>
        </w:tc>
        <w:tc>
          <w:tcPr>
            <w:tcW w:w="1814" w:type="dxa"/>
          </w:tcPr>
          <w:p w14:paraId="0D84F869" w14:textId="77777777" w:rsidR="00E21E5B" w:rsidRDefault="00E21E5B">
            <w:pPr>
              <w:spacing w:before="60" w:after="60"/>
            </w:pPr>
          </w:p>
        </w:tc>
        <w:tc>
          <w:tcPr>
            <w:tcW w:w="2948" w:type="dxa"/>
          </w:tcPr>
          <w:p w14:paraId="413A81A0" w14:textId="77777777" w:rsidR="00E21E5B" w:rsidRDefault="00E21E5B">
            <w:pPr>
              <w:spacing w:before="60" w:after="60"/>
            </w:pPr>
          </w:p>
        </w:tc>
      </w:tr>
      <w:tr w:rsidR="00E21E5B" w14:paraId="1BD22BF9" w14:textId="77777777">
        <w:tc>
          <w:tcPr>
            <w:tcW w:w="2551" w:type="dxa"/>
          </w:tcPr>
          <w:p w14:paraId="17895477" w14:textId="77777777" w:rsidR="00E21E5B" w:rsidRDefault="00E21E5B">
            <w:pPr>
              <w:spacing w:before="60" w:after="60"/>
            </w:pPr>
          </w:p>
        </w:tc>
        <w:tc>
          <w:tcPr>
            <w:tcW w:w="1474" w:type="dxa"/>
          </w:tcPr>
          <w:p w14:paraId="0A7A0990" w14:textId="77777777" w:rsidR="00E21E5B" w:rsidRDefault="00E21E5B">
            <w:pPr>
              <w:spacing w:before="60" w:after="60"/>
            </w:pPr>
          </w:p>
        </w:tc>
        <w:tc>
          <w:tcPr>
            <w:tcW w:w="1701" w:type="dxa"/>
          </w:tcPr>
          <w:p w14:paraId="06CD92DC" w14:textId="77777777" w:rsidR="00E21E5B" w:rsidRDefault="00E21E5B">
            <w:pPr>
              <w:spacing w:before="60" w:after="60"/>
            </w:pPr>
          </w:p>
        </w:tc>
        <w:tc>
          <w:tcPr>
            <w:tcW w:w="1814" w:type="dxa"/>
          </w:tcPr>
          <w:p w14:paraId="1787C895" w14:textId="77777777" w:rsidR="00E21E5B" w:rsidRDefault="00E21E5B">
            <w:pPr>
              <w:spacing w:before="60" w:after="60"/>
            </w:pPr>
          </w:p>
        </w:tc>
        <w:tc>
          <w:tcPr>
            <w:tcW w:w="2948" w:type="dxa"/>
          </w:tcPr>
          <w:p w14:paraId="4F26BA9E" w14:textId="77777777" w:rsidR="00E21E5B" w:rsidRDefault="00E21E5B">
            <w:pPr>
              <w:spacing w:before="60" w:after="60"/>
            </w:pPr>
          </w:p>
        </w:tc>
      </w:tr>
      <w:tr w:rsidR="00E21E5B" w14:paraId="04858209" w14:textId="77777777">
        <w:tc>
          <w:tcPr>
            <w:tcW w:w="2551" w:type="dxa"/>
          </w:tcPr>
          <w:p w14:paraId="68EDAA80" w14:textId="77777777" w:rsidR="00E21E5B" w:rsidRDefault="00E21E5B">
            <w:pPr>
              <w:spacing w:before="60" w:after="60"/>
            </w:pPr>
          </w:p>
        </w:tc>
        <w:tc>
          <w:tcPr>
            <w:tcW w:w="1474" w:type="dxa"/>
          </w:tcPr>
          <w:p w14:paraId="00B2CF70" w14:textId="77777777" w:rsidR="00E21E5B" w:rsidRDefault="00E21E5B">
            <w:pPr>
              <w:spacing w:before="60" w:after="60"/>
            </w:pPr>
          </w:p>
        </w:tc>
        <w:tc>
          <w:tcPr>
            <w:tcW w:w="1701" w:type="dxa"/>
          </w:tcPr>
          <w:p w14:paraId="66CCB47B" w14:textId="77777777" w:rsidR="00E21E5B" w:rsidRDefault="00E21E5B">
            <w:pPr>
              <w:spacing w:before="60" w:after="60"/>
            </w:pPr>
          </w:p>
        </w:tc>
        <w:tc>
          <w:tcPr>
            <w:tcW w:w="1814" w:type="dxa"/>
          </w:tcPr>
          <w:p w14:paraId="5634C6BF" w14:textId="77777777" w:rsidR="00E21E5B" w:rsidRDefault="00E21E5B">
            <w:pPr>
              <w:spacing w:before="60" w:after="60"/>
            </w:pPr>
          </w:p>
        </w:tc>
        <w:tc>
          <w:tcPr>
            <w:tcW w:w="2948" w:type="dxa"/>
          </w:tcPr>
          <w:p w14:paraId="41B9808D" w14:textId="77777777" w:rsidR="00E21E5B" w:rsidRDefault="00E21E5B">
            <w:pPr>
              <w:spacing w:before="60" w:after="60"/>
            </w:pPr>
          </w:p>
        </w:tc>
      </w:tr>
    </w:tbl>
    <w:p w14:paraId="10DA3A76" w14:textId="77777777" w:rsidR="00E21E5B" w:rsidRDefault="00E21E5B"/>
    <w:p w14:paraId="1F017445" w14:textId="77777777" w:rsidR="00E21E5B" w:rsidRDefault="00000000">
      <w:r>
        <w:rPr>
          <w:rFonts w:ascii="Arial" w:hAnsi="Arial"/>
          <w:b/>
          <w:color w:val="185FA5"/>
        </w:rPr>
        <w:t>4. Reporting fatigue</w:t>
      </w:r>
    </w:p>
    <w:p w14:paraId="15D645C6" w14:textId="77777777" w:rsidR="00E21E5B" w:rsidRDefault="00000000">
      <w:r>
        <w:rPr>
          <w:rFonts w:ascii="Arial" w:hAnsi="Arial"/>
          <w:color w:val="5A6B7B"/>
          <w:sz w:val="18"/>
        </w:rPr>
        <w:t>Describe how a master or crew member reports that they are fatigued, and what happens next (e.g. reassign duties, delay departure).</w:t>
      </w:r>
    </w:p>
    <w:p w14:paraId="583F7413" w14:textId="77777777" w:rsidR="00E21E5B" w:rsidRDefault="00000000">
      <w:r>
        <w:rPr>
          <w:rFonts w:ascii="Arial" w:hAnsi="Arial"/>
          <w:color w:val="C4D0DA"/>
          <w:sz w:val="18"/>
        </w:rPr>
        <w:t>______________________________________________________________________________________________________________</w:t>
      </w:r>
    </w:p>
    <w:p w14:paraId="1554F11E" w14:textId="77777777" w:rsidR="00E21E5B" w:rsidRDefault="00000000">
      <w:r>
        <w:rPr>
          <w:rFonts w:ascii="Arial" w:hAnsi="Arial"/>
          <w:color w:val="C4D0DA"/>
          <w:sz w:val="18"/>
        </w:rPr>
        <w:t>______________________________________________________________________________________________________________</w:t>
      </w:r>
    </w:p>
    <w:p w14:paraId="76B2DB2B" w14:textId="77777777" w:rsidR="00E21E5B" w:rsidRDefault="00E21E5B"/>
    <w:p w14:paraId="468F0791" w14:textId="77777777" w:rsidR="00E21E5B" w:rsidRDefault="00000000">
      <w:r>
        <w:rPr>
          <w:rFonts w:ascii="Arial" w:hAnsi="Arial"/>
          <w:color w:val="1C2B39"/>
          <w:sz w:val="19"/>
        </w:rPr>
        <w:t>Signed (owner / master): ______________________     Date: ____________</w:t>
      </w:r>
    </w:p>
    <w:p w14:paraId="782224C2" w14:textId="77777777" w:rsidR="00E21E5B" w:rsidRDefault="00E21E5B"/>
    <w:p w14:paraId="50E91392" w14:textId="39BCB039" w:rsidR="00E21E5B" w:rsidRDefault="00000000">
      <w:r>
        <w:rPr>
          <w:rFonts w:ascii="Arial" w:hAnsi="Arial"/>
          <w:b/>
          <w:color w:val="1C2B39"/>
          <w:sz w:val="18"/>
        </w:rPr>
        <w:t>Template provided free by Mid Coast Marine Services · mcmsnsw.com.au</w:t>
      </w:r>
    </w:p>
    <w:p w14:paraId="18A0B3DD" w14:textId="77777777" w:rsidR="00E21E5B" w:rsidRDefault="00000000">
      <w:r>
        <w:rPr>
          <w:rFonts w:ascii="Arial" w:hAnsi="Arial"/>
          <w:i/>
          <w:color w:val="5A6B7B"/>
          <w:sz w:val="17"/>
        </w:rPr>
        <w:t>Managing rosters and rest by hand? The SMS Marine app tracks fatigue and rostering alongside your risk assessment and crew records, and keeps it all audit-ready. See mcmsnsw.com.au</w:t>
      </w:r>
    </w:p>
    <w:sectPr w:rsidR="00E21E5B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3862733">
    <w:abstractNumId w:val="8"/>
  </w:num>
  <w:num w:numId="2" w16cid:durableId="1033308453">
    <w:abstractNumId w:val="6"/>
  </w:num>
  <w:num w:numId="3" w16cid:durableId="319385912">
    <w:abstractNumId w:val="5"/>
  </w:num>
  <w:num w:numId="4" w16cid:durableId="435754153">
    <w:abstractNumId w:val="4"/>
  </w:num>
  <w:num w:numId="5" w16cid:durableId="1589458821">
    <w:abstractNumId w:val="7"/>
  </w:num>
  <w:num w:numId="6" w16cid:durableId="1718356864">
    <w:abstractNumId w:val="3"/>
  </w:num>
  <w:num w:numId="7" w16cid:durableId="1786073000">
    <w:abstractNumId w:val="2"/>
  </w:num>
  <w:num w:numId="8" w16cid:durableId="159201072">
    <w:abstractNumId w:val="1"/>
  </w:num>
  <w:num w:numId="9" w16cid:durableId="119407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4853"/>
    <w:rsid w:val="00AA1D8D"/>
    <w:rsid w:val="00AB0E8A"/>
    <w:rsid w:val="00B47730"/>
    <w:rsid w:val="00CB0664"/>
    <w:rsid w:val="00E21E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03E6F2"/>
  <w14:defaultImageDpi w14:val="300"/>
  <w15:docId w15:val="{4E447295-D51D-40BA-83E1-9DE478BC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jim parnell</cp:lastModifiedBy>
  <cp:revision>2</cp:revision>
  <dcterms:created xsi:type="dcterms:W3CDTF">2026-08-07T23:05:00Z</dcterms:created>
  <dcterms:modified xsi:type="dcterms:W3CDTF">2026-08-07T23:05:00Z</dcterms:modified>
  <cp:category/>
</cp:coreProperties>
</file>