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41325" w14:textId="77777777" w:rsidR="005302E1" w:rsidRDefault="00000000">
      <w:r>
        <w:rPr>
          <w:rFonts w:ascii="Arial" w:hAnsi="Arial"/>
          <w:b/>
          <w:color w:val="185FA5"/>
          <w:sz w:val="36"/>
        </w:rPr>
        <w:t>Passenger Manifest</w:t>
      </w:r>
    </w:p>
    <w:p w14:paraId="115F2FBC" w14:textId="77777777" w:rsidR="005302E1" w:rsidRDefault="00000000">
      <w:r>
        <w:rPr>
          <w:rFonts w:ascii="Arial" w:hAnsi="Arial"/>
          <w:color w:val="888888"/>
          <w:sz w:val="20"/>
        </w:rPr>
        <w:t>Marine Order 504 (MO 504) · Safety Management System · Schedule 1, clause 15(7)–(8)</w:t>
      </w:r>
    </w:p>
    <w:p w14:paraId="0BB7091B" w14:textId="77777777" w:rsidR="005302E1" w:rsidRDefault="00000000">
      <w:r>
        <w:rPr>
          <w:rFonts w:ascii="Arial" w:hAnsi="Arial"/>
          <w:color w:val="1C2B39"/>
          <w:sz w:val="19"/>
        </w:rPr>
        <w:t>A passenger manifest is required for any voyage of at least 12 hours on a vessel carrying passengers. It must be kept on board and readily accessible (MO 504, Sch 1 cl 15(7)) and must include the details below for the vessel and for every person on board (cl 15(8)).</w:t>
      </w:r>
    </w:p>
    <w:tbl>
      <w:tblPr>
        <w:tblW w:w="0" w:type="auto"/>
        <w:tblBorders>
          <w:top w:val="single" w:sz="6" w:space="0" w:color="C4D0DA"/>
          <w:left w:val="single" w:sz="6" w:space="0" w:color="C4D0DA"/>
          <w:bottom w:val="single" w:sz="6" w:space="0" w:color="C4D0DA"/>
          <w:right w:val="single" w:sz="6" w:space="0" w:color="C4D0DA"/>
          <w:insideH w:val="single" w:sz="6" w:space="0" w:color="C4D0DA"/>
          <w:insideV w:val="single" w:sz="6" w:space="0" w:color="C4D0DA"/>
        </w:tblBorders>
        <w:tblLook w:val="04A0" w:firstRow="1" w:lastRow="0" w:firstColumn="1" w:lastColumn="0" w:noHBand="0" w:noVBand="1"/>
      </w:tblPr>
      <w:tblGrid>
        <w:gridCol w:w="3205"/>
        <w:gridCol w:w="4464"/>
        <w:gridCol w:w="3215"/>
        <w:gridCol w:w="4464"/>
      </w:tblGrid>
      <w:tr w:rsidR="005302E1" w14:paraId="1FA7C02C" w14:textId="77777777">
        <w:tc>
          <w:tcPr>
            <w:tcW w:w="3402" w:type="dxa"/>
            <w:shd w:val="clear" w:color="auto" w:fill="EEF2F6"/>
          </w:tcPr>
          <w:p w14:paraId="07E50111" w14:textId="77777777" w:rsidR="005302E1" w:rsidRDefault="00000000">
            <w:r>
              <w:rPr>
                <w:rFonts w:ascii="Arial" w:hAnsi="Arial"/>
                <w:b/>
                <w:color w:val="1C2B39"/>
                <w:sz w:val="18"/>
              </w:rPr>
              <w:t>Vessel name</w:t>
            </w:r>
          </w:p>
        </w:tc>
        <w:tc>
          <w:tcPr>
            <w:tcW w:w="4819" w:type="dxa"/>
          </w:tcPr>
          <w:p w14:paraId="77669BC0" w14:textId="77777777" w:rsidR="005302E1" w:rsidRDefault="005302E1"/>
        </w:tc>
        <w:tc>
          <w:tcPr>
            <w:tcW w:w="3402" w:type="dxa"/>
            <w:shd w:val="clear" w:color="auto" w:fill="EEF2F6"/>
          </w:tcPr>
          <w:p w14:paraId="367205E5" w14:textId="77777777" w:rsidR="005302E1" w:rsidRDefault="00000000">
            <w:r>
              <w:rPr>
                <w:rFonts w:ascii="Arial" w:hAnsi="Arial"/>
                <w:b/>
                <w:color w:val="1C2B39"/>
                <w:sz w:val="18"/>
              </w:rPr>
              <w:t>Unique identifier (UVI)</w:t>
            </w:r>
          </w:p>
        </w:tc>
        <w:tc>
          <w:tcPr>
            <w:tcW w:w="4819" w:type="dxa"/>
          </w:tcPr>
          <w:p w14:paraId="4F58E075" w14:textId="77777777" w:rsidR="005302E1" w:rsidRDefault="005302E1"/>
        </w:tc>
      </w:tr>
      <w:tr w:rsidR="005302E1" w14:paraId="1C55B87A" w14:textId="77777777">
        <w:tc>
          <w:tcPr>
            <w:tcW w:w="3402" w:type="dxa"/>
            <w:shd w:val="clear" w:color="auto" w:fill="EEF2F6"/>
          </w:tcPr>
          <w:p w14:paraId="01841F65" w14:textId="77777777" w:rsidR="005302E1" w:rsidRDefault="00000000">
            <w:r>
              <w:rPr>
                <w:rFonts w:ascii="Arial" w:hAnsi="Arial"/>
                <w:b/>
                <w:color w:val="1C2B39"/>
                <w:sz w:val="18"/>
              </w:rPr>
              <w:t>Voyage (from → to)</w:t>
            </w:r>
          </w:p>
        </w:tc>
        <w:tc>
          <w:tcPr>
            <w:tcW w:w="4819" w:type="dxa"/>
          </w:tcPr>
          <w:p w14:paraId="44B51D23" w14:textId="77777777" w:rsidR="005302E1" w:rsidRDefault="005302E1"/>
        </w:tc>
        <w:tc>
          <w:tcPr>
            <w:tcW w:w="3402" w:type="dxa"/>
            <w:shd w:val="clear" w:color="auto" w:fill="EEF2F6"/>
          </w:tcPr>
          <w:p w14:paraId="732BB170" w14:textId="77777777" w:rsidR="005302E1" w:rsidRDefault="00000000">
            <w:r>
              <w:rPr>
                <w:rFonts w:ascii="Arial" w:hAnsi="Arial"/>
                <w:b/>
                <w:color w:val="1C2B39"/>
                <w:sz w:val="18"/>
              </w:rPr>
              <w:t>Date</w:t>
            </w:r>
          </w:p>
        </w:tc>
        <w:tc>
          <w:tcPr>
            <w:tcW w:w="4819" w:type="dxa"/>
          </w:tcPr>
          <w:p w14:paraId="6E43064D" w14:textId="77777777" w:rsidR="005302E1" w:rsidRDefault="005302E1"/>
        </w:tc>
      </w:tr>
      <w:tr w:rsidR="005302E1" w14:paraId="4FC865A9" w14:textId="77777777">
        <w:tc>
          <w:tcPr>
            <w:tcW w:w="3402" w:type="dxa"/>
            <w:shd w:val="clear" w:color="auto" w:fill="EEF2F6"/>
          </w:tcPr>
          <w:p w14:paraId="1F92E794" w14:textId="77777777" w:rsidR="005302E1" w:rsidRDefault="00000000">
            <w:r>
              <w:rPr>
                <w:rFonts w:ascii="Arial" w:hAnsi="Arial"/>
                <w:b/>
                <w:color w:val="1C2B39"/>
                <w:sz w:val="18"/>
              </w:rPr>
              <w:t>Master / skipper</w:t>
            </w:r>
          </w:p>
        </w:tc>
        <w:tc>
          <w:tcPr>
            <w:tcW w:w="4819" w:type="dxa"/>
          </w:tcPr>
          <w:p w14:paraId="61CAE8A3" w14:textId="77777777" w:rsidR="005302E1" w:rsidRDefault="005302E1"/>
        </w:tc>
        <w:tc>
          <w:tcPr>
            <w:tcW w:w="3402" w:type="dxa"/>
            <w:shd w:val="clear" w:color="auto" w:fill="EEF2F6"/>
          </w:tcPr>
          <w:p w14:paraId="404BA72E" w14:textId="77777777" w:rsidR="005302E1" w:rsidRDefault="00000000">
            <w:r>
              <w:rPr>
                <w:rFonts w:ascii="Arial" w:hAnsi="Arial"/>
                <w:b/>
                <w:color w:val="1C2B39"/>
                <w:sz w:val="18"/>
              </w:rPr>
              <w:t>Total persons on board</w:t>
            </w:r>
          </w:p>
        </w:tc>
        <w:tc>
          <w:tcPr>
            <w:tcW w:w="4819" w:type="dxa"/>
          </w:tcPr>
          <w:p w14:paraId="3159741E" w14:textId="77777777" w:rsidR="005302E1" w:rsidRDefault="005302E1"/>
        </w:tc>
      </w:tr>
    </w:tbl>
    <w:p w14:paraId="55F0D82A" w14:textId="77777777" w:rsidR="005302E1" w:rsidRDefault="005302E1"/>
    <w:tbl>
      <w:tblPr>
        <w:tblW w:w="0" w:type="auto"/>
        <w:tblBorders>
          <w:top w:val="single" w:sz="6" w:space="0" w:color="C4D0DA"/>
          <w:left w:val="single" w:sz="6" w:space="0" w:color="C4D0DA"/>
          <w:bottom w:val="single" w:sz="6" w:space="0" w:color="C4D0DA"/>
          <w:right w:val="single" w:sz="6" w:space="0" w:color="C4D0DA"/>
          <w:insideH w:val="single" w:sz="6" w:space="0" w:color="C4D0DA"/>
          <w:insideV w:val="single" w:sz="6" w:space="0" w:color="C4D0DA"/>
        </w:tblBorders>
        <w:tblLook w:val="04A0" w:firstRow="1" w:lastRow="0" w:firstColumn="1" w:lastColumn="0" w:noHBand="0" w:noVBand="1"/>
      </w:tblPr>
      <w:tblGrid>
        <w:gridCol w:w="549"/>
        <w:gridCol w:w="2685"/>
        <w:gridCol w:w="2860"/>
        <w:gridCol w:w="2871"/>
        <w:gridCol w:w="1692"/>
        <w:gridCol w:w="2385"/>
        <w:gridCol w:w="2306"/>
      </w:tblGrid>
      <w:tr w:rsidR="005302E1" w14:paraId="0780728A" w14:textId="77777777">
        <w:tc>
          <w:tcPr>
            <w:tcW w:w="567" w:type="dxa"/>
            <w:shd w:val="clear" w:color="auto" w:fill="12395B"/>
          </w:tcPr>
          <w:p w14:paraId="13A19FF2" w14:textId="77777777" w:rsidR="005302E1" w:rsidRDefault="00000000">
            <w:r>
              <w:rPr>
                <w:rFonts w:ascii="Arial" w:hAnsi="Arial"/>
                <w:b/>
                <w:color w:val="FFFFFF"/>
                <w:sz w:val="18"/>
              </w:rPr>
              <w:t>#</w:t>
            </w:r>
          </w:p>
        </w:tc>
        <w:tc>
          <w:tcPr>
            <w:tcW w:w="2948" w:type="dxa"/>
            <w:shd w:val="clear" w:color="auto" w:fill="12395B"/>
          </w:tcPr>
          <w:p w14:paraId="3A81D4D7" w14:textId="77777777" w:rsidR="005302E1" w:rsidRDefault="00000000">
            <w:r>
              <w:rPr>
                <w:rFonts w:ascii="Arial" w:hAnsi="Arial"/>
                <w:b/>
                <w:color w:val="FFFFFF"/>
                <w:sz w:val="18"/>
              </w:rPr>
              <w:t>Full name</w:t>
            </w:r>
          </w:p>
        </w:tc>
        <w:tc>
          <w:tcPr>
            <w:tcW w:w="3118" w:type="dxa"/>
            <w:shd w:val="clear" w:color="auto" w:fill="12395B"/>
          </w:tcPr>
          <w:p w14:paraId="21CF125A" w14:textId="77777777" w:rsidR="005302E1" w:rsidRDefault="00000000">
            <w:r>
              <w:rPr>
                <w:rFonts w:ascii="Arial" w:hAnsi="Arial"/>
                <w:b/>
                <w:color w:val="FFFFFF"/>
                <w:sz w:val="18"/>
              </w:rPr>
              <w:t>Local address</w:t>
            </w:r>
          </w:p>
        </w:tc>
        <w:tc>
          <w:tcPr>
            <w:tcW w:w="3118" w:type="dxa"/>
            <w:shd w:val="clear" w:color="auto" w:fill="12395B"/>
          </w:tcPr>
          <w:p w14:paraId="1FFFBCCC" w14:textId="77777777" w:rsidR="005302E1" w:rsidRDefault="00000000">
            <w:r>
              <w:rPr>
                <w:rFonts w:ascii="Arial" w:hAnsi="Arial"/>
                <w:b/>
                <w:color w:val="FFFFFF"/>
                <w:sz w:val="18"/>
              </w:rPr>
              <w:t>Home address (if different)</w:t>
            </w:r>
          </w:p>
        </w:tc>
        <w:tc>
          <w:tcPr>
            <w:tcW w:w="1814" w:type="dxa"/>
            <w:shd w:val="clear" w:color="auto" w:fill="12395B"/>
          </w:tcPr>
          <w:p w14:paraId="30FA9722" w14:textId="77777777" w:rsidR="005302E1" w:rsidRDefault="00000000">
            <w:r>
              <w:rPr>
                <w:rFonts w:ascii="Arial" w:hAnsi="Arial"/>
                <w:b/>
                <w:color w:val="FFFFFF"/>
                <w:sz w:val="18"/>
              </w:rPr>
              <w:t>Phone</w:t>
            </w:r>
          </w:p>
        </w:tc>
        <w:tc>
          <w:tcPr>
            <w:tcW w:w="2608" w:type="dxa"/>
            <w:shd w:val="clear" w:color="auto" w:fill="12395B"/>
          </w:tcPr>
          <w:p w14:paraId="1884AF99" w14:textId="77777777" w:rsidR="005302E1" w:rsidRDefault="00000000">
            <w:r>
              <w:rPr>
                <w:rFonts w:ascii="Arial" w:hAnsi="Arial"/>
                <w:b/>
                <w:color w:val="FFFFFF"/>
                <w:sz w:val="18"/>
              </w:rPr>
              <w:t>Email</w:t>
            </w:r>
          </w:p>
        </w:tc>
        <w:tc>
          <w:tcPr>
            <w:tcW w:w="2494" w:type="dxa"/>
            <w:shd w:val="clear" w:color="auto" w:fill="12395B"/>
          </w:tcPr>
          <w:p w14:paraId="3551358F" w14:textId="77777777" w:rsidR="005302E1" w:rsidRDefault="00000000">
            <w:r>
              <w:rPr>
                <w:rFonts w:ascii="Arial" w:hAnsi="Arial"/>
                <w:b/>
                <w:color w:val="FFFFFF"/>
                <w:sz w:val="18"/>
              </w:rPr>
              <w:t>Medical / safety needs</w:t>
            </w:r>
          </w:p>
        </w:tc>
      </w:tr>
      <w:tr w:rsidR="005302E1" w14:paraId="59BEA182" w14:textId="77777777">
        <w:tc>
          <w:tcPr>
            <w:tcW w:w="567" w:type="dxa"/>
          </w:tcPr>
          <w:p w14:paraId="65B6C576" w14:textId="77777777" w:rsidR="005302E1" w:rsidRDefault="00000000">
            <w:pPr>
              <w:spacing w:before="60" w:after="60"/>
            </w:pPr>
            <w:r>
              <w:rPr>
                <w:rFonts w:ascii="Arial" w:hAnsi="Arial"/>
                <w:color w:val="888888"/>
                <w:sz w:val="18"/>
              </w:rPr>
              <w:t>1</w:t>
            </w:r>
          </w:p>
        </w:tc>
        <w:tc>
          <w:tcPr>
            <w:tcW w:w="2948" w:type="dxa"/>
          </w:tcPr>
          <w:p w14:paraId="2FC23BF3" w14:textId="77777777" w:rsidR="005302E1" w:rsidRDefault="005302E1">
            <w:pPr>
              <w:spacing w:before="60" w:after="60"/>
            </w:pPr>
          </w:p>
        </w:tc>
        <w:tc>
          <w:tcPr>
            <w:tcW w:w="3118" w:type="dxa"/>
          </w:tcPr>
          <w:p w14:paraId="4982AB53" w14:textId="77777777" w:rsidR="005302E1" w:rsidRDefault="005302E1">
            <w:pPr>
              <w:spacing w:before="60" w:after="60"/>
            </w:pPr>
          </w:p>
        </w:tc>
        <w:tc>
          <w:tcPr>
            <w:tcW w:w="3118" w:type="dxa"/>
          </w:tcPr>
          <w:p w14:paraId="34F36505" w14:textId="77777777" w:rsidR="005302E1" w:rsidRDefault="005302E1">
            <w:pPr>
              <w:spacing w:before="60" w:after="60"/>
            </w:pPr>
          </w:p>
        </w:tc>
        <w:tc>
          <w:tcPr>
            <w:tcW w:w="1814" w:type="dxa"/>
          </w:tcPr>
          <w:p w14:paraId="787750CC" w14:textId="77777777" w:rsidR="005302E1" w:rsidRDefault="005302E1">
            <w:pPr>
              <w:spacing w:before="60" w:after="60"/>
            </w:pPr>
          </w:p>
        </w:tc>
        <w:tc>
          <w:tcPr>
            <w:tcW w:w="2608" w:type="dxa"/>
          </w:tcPr>
          <w:p w14:paraId="1463961A" w14:textId="77777777" w:rsidR="005302E1" w:rsidRDefault="005302E1">
            <w:pPr>
              <w:spacing w:before="60" w:after="60"/>
            </w:pPr>
          </w:p>
        </w:tc>
        <w:tc>
          <w:tcPr>
            <w:tcW w:w="2494" w:type="dxa"/>
          </w:tcPr>
          <w:p w14:paraId="4B821DD0" w14:textId="77777777" w:rsidR="005302E1" w:rsidRDefault="005302E1">
            <w:pPr>
              <w:spacing w:before="60" w:after="60"/>
            </w:pPr>
          </w:p>
        </w:tc>
      </w:tr>
      <w:tr w:rsidR="005302E1" w14:paraId="21786CE4" w14:textId="77777777">
        <w:tc>
          <w:tcPr>
            <w:tcW w:w="567" w:type="dxa"/>
          </w:tcPr>
          <w:p w14:paraId="0146D61E" w14:textId="77777777" w:rsidR="005302E1" w:rsidRDefault="00000000">
            <w:pPr>
              <w:spacing w:before="60" w:after="60"/>
            </w:pPr>
            <w:r>
              <w:rPr>
                <w:rFonts w:ascii="Arial" w:hAnsi="Arial"/>
                <w:color w:val="888888"/>
                <w:sz w:val="18"/>
              </w:rPr>
              <w:t>2</w:t>
            </w:r>
          </w:p>
        </w:tc>
        <w:tc>
          <w:tcPr>
            <w:tcW w:w="2948" w:type="dxa"/>
          </w:tcPr>
          <w:p w14:paraId="1590E0DE" w14:textId="77777777" w:rsidR="005302E1" w:rsidRDefault="005302E1">
            <w:pPr>
              <w:spacing w:before="60" w:after="60"/>
            </w:pPr>
          </w:p>
        </w:tc>
        <w:tc>
          <w:tcPr>
            <w:tcW w:w="3118" w:type="dxa"/>
          </w:tcPr>
          <w:p w14:paraId="720F5F51" w14:textId="77777777" w:rsidR="005302E1" w:rsidRDefault="005302E1">
            <w:pPr>
              <w:spacing w:before="60" w:after="60"/>
            </w:pPr>
          </w:p>
        </w:tc>
        <w:tc>
          <w:tcPr>
            <w:tcW w:w="3118" w:type="dxa"/>
          </w:tcPr>
          <w:p w14:paraId="52C89462" w14:textId="77777777" w:rsidR="005302E1" w:rsidRDefault="005302E1">
            <w:pPr>
              <w:spacing w:before="60" w:after="60"/>
            </w:pPr>
          </w:p>
        </w:tc>
        <w:tc>
          <w:tcPr>
            <w:tcW w:w="1814" w:type="dxa"/>
          </w:tcPr>
          <w:p w14:paraId="73F14FB0" w14:textId="77777777" w:rsidR="005302E1" w:rsidRDefault="005302E1">
            <w:pPr>
              <w:spacing w:before="60" w:after="60"/>
            </w:pPr>
          </w:p>
        </w:tc>
        <w:tc>
          <w:tcPr>
            <w:tcW w:w="2608" w:type="dxa"/>
          </w:tcPr>
          <w:p w14:paraId="0B8AF5D9" w14:textId="77777777" w:rsidR="005302E1" w:rsidRDefault="005302E1">
            <w:pPr>
              <w:spacing w:before="60" w:after="60"/>
            </w:pPr>
          </w:p>
        </w:tc>
        <w:tc>
          <w:tcPr>
            <w:tcW w:w="2494" w:type="dxa"/>
          </w:tcPr>
          <w:p w14:paraId="6D063050" w14:textId="77777777" w:rsidR="005302E1" w:rsidRDefault="005302E1">
            <w:pPr>
              <w:spacing w:before="60" w:after="60"/>
            </w:pPr>
          </w:p>
        </w:tc>
      </w:tr>
      <w:tr w:rsidR="005302E1" w14:paraId="5A3502CF" w14:textId="77777777">
        <w:tc>
          <w:tcPr>
            <w:tcW w:w="567" w:type="dxa"/>
          </w:tcPr>
          <w:p w14:paraId="23F63C2C" w14:textId="77777777" w:rsidR="005302E1" w:rsidRDefault="00000000">
            <w:pPr>
              <w:spacing w:before="60" w:after="60"/>
            </w:pPr>
            <w:r>
              <w:rPr>
                <w:rFonts w:ascii="Arial" w:hAnsi="Arial"/>
                <w:color w:val="888888"/>
                <w:sz w:val="18"/>
              </w:rPr>
              <w:t>3</w:t>
            </w:r>
          </w:p>
        </w:tc>
        <w:tc>
          <w:tcPr>
            <w:tcW w:w="2948" w:type="dxa"/>
          </w:tcPr>
          <w:p w14:paraId="386F398E" w14:textId="77777777" w:rsidR="005302E1" w:rsidRDefault="005302E1">
            <w:pPr>
              <w:spacing w:before="60" w:after="60"/>
            </w:pPr>
          </w:p>
        </w:tc>
        <w:tc>
          <w:tcPr>
            <w:tcW w:w="3118" w:type="dxa"/>
          </w:tcPr>
          <w:p w14:paraId="1DFFC0B3" w14:textId="77777777" w:rsidR="005302E1" w:rsidRDefault="005302E1">
            <w:pPr>
              <w:spacing w:before="60" w:after="60"/>
            </w:pPr>
          </w:p>
        </w:tc>
        <w:tc>
          <w:tcPr>
            <w:tcW w:w="3118" w:type="dxa"/>
          </w:tcPr>
          <w:p w14:paraId="77904AC5" w14:textId="77777777" w:rsidR="005302E1" w:rsidRDefault="005302E1">
            <w:pPr>
              <w:spacing w:before="60" w:after="60"/>
            </w:pPr>
          </w:p>
        </w:tc>
        <w:tc>
          <w:tcPr>
            <w:tcW w:w="1814" w:type="dxa"/>
          </w:tcPr>
          <w:p w14:paraId="75916D29" w14:textId="77777777" w:rsidR="005302E1" w:rsidRDefault="005302E1">
            <w:pPr>
              <w:spacing w:before="60" w:after="60"/>
            </w:pPr>
          </w:p>
        </w:tc>
        <w:tc>
          <w:tcPr>
            <w:tcW w:w="2608" w:type="dxa"/>
          </w:tcPr>
          <w:p w14:paraId="6715B900" w14:textId="77777777" w:rsidR="005302E1" w:rsidRDefault="005302E1">
            <w:pPr>
              <w:spacing w:before="60" w:after="60"/>
            </w:pPr>
          </w:p>
        </w:tc>
        <w:tc>
          <w:tcPr>
            <w:tcW w:w="2494" w:type="dxa"/>
          </w:tcPr>
          <w:p w14:paraId="47671F9F" w14:textId="77777777" w:rsidR="005302E1" w:rsidRDefault="005302E1">
            <w:pPr>
              <w:spacing w:before="60" w:after="60"/>
            </w:pPr>
          </w:p>
        </w:tc>
      </w:tr>
      <w:tr w:rsidR="005302E1" w14:paraId="46B0FD84" w14:textId="77777777">
        <w:tc>
          <w:tcPr>
            <w:tcW w:w="567" w:type="dxa"/>
          </w:tcPr>
          <w:p w14:paraId="3EB99631" w14:textId="77777777" w:rsidR="005302E1" w:rsidRDefault="00000000">
            <w:pPr>
              <w:spacing w:before="60" w:after="60"/>
            </w:pPr>
            <w:r>
              <w:rPr>
                <w:rFonts w:ascii="Arial" w:hAnsi="Arial"/>
                <w:color w:val="888888"/>
                <w:sz w:val="18"/>
              </w:rPr>
              <w:t>4</w:t>
            </w:r>
          </w:p>
        </w:tc>
        <w:tc>
          <w:tcPr>
            <w:tcW w:w="2948" w:type="dxa"/>
          </w:tcPr>
          <w:p w14:paraId="70C3AB37" w14:textId="77777777" w:rsidR="005302E1" w:rsidRDefault="005302E1">
            <w:pPr>
              <w:spacing w:before="60" w:after="60"/>
            </w:pPr>
          </w:p>
        </w:tc>
        <w:tc>
          <w:tcPr>
            <w:tcW w:w="3118" w:type="dxa"/>
          </w:tcPr>
          <w:p w14:paraId="1D8C5FE2" w14:textId="77777777" w:rsidR="005302E1" w:rsidRDefault="005302E1">
            <w:pPr>
              <w:spacing w:before="60" w:after="60"/>
            </w:pPr>
          </w:p>
        </w:tc>
        <w:tc>
          <w:tcPr>
            <w:tcW w:w="3118" w:type="dxa"/>
          </w:tcPr>
          <w:p w14:paraId="2D47212B" w14:textId="77777777" w:rsidR="005302E1" w:rsidRDefault="005302E1">
            <w:pPr>
              <w:spacing w:before="60" w:after="60"/>
            </w:pPr>
          </w:p>
        </w:tc>
        <w:tc>
          <w:tcPr>
            <w:tcW w:w="1814" w:type="dxa"/>
          </w:tcPr>
          <w:p w14:paraId="1CD02DB7" w14:textId="77777777" w:rsidR="005302E1" w:rsidRDefault="005302E1">
            <w:pPr>
              <w:spacing w:before="60" w:after="60"/>
            </w:pPr>
          </w:p>
        </w:tc>
        <w:tc>
          <w:tcPr>
            <w:tcW w:w="2608" w:type="dxa"/>
          </w:tcPr>
          <w:p w14:paraId="797676B5" w14:textId="77777777" w:rsidR="005302E1" w:rsidRDefault="005302E1">
            <w:pPr>
              <w:spacing w:before="60" w:after="60"/>
            </w:pPr>
          </w:p>
        </w:tc>
        <w:tc>
          <w:tcPr>
            <w:tcW w:w="2494" w:type="dxa"/>
          </w:tcPr>
          <w:p w14:paraId="50B4E48E" w14:textId="77777777" w:rsidR="005302E1" w:rsidRDefault="005302E1">
            <w:pPr>
              <w:spacing w:before="60" w:after="60"/>
            </w:pPr>
          </w:p>
        </w:tc>
      </w:tr>
      <w:tr w:rsidR="005302E1" w14:paraId="5C0BDBEC" w14:textId="77777777">
        <w:tc>
          <w:tcPr>
            <w:tcW w:w="567" w:type="dxa"/>
          </w:tcPr>
          <w:p w14:paraId="0EFA9A4E" w14:textId="77777777" w:rsidR="005302E1" w:rsidRDefault="00000000">
            <w:pPr>
              <w:spacing w:before="60" w:after="60"/>
            </w:pPr>
            <w:r>
              <w:rPr>
                <w:rFonts w:ascii="Arial" w:hAnsi="Arial"/>
                <w:color w:val="888888"/>
                <w:sz w:val="18"/>
              </w:rPr>
              <w:t>5</w:t>
            </w:r>
          </w:p>
        </w:tc>
        <w:tc>
          <w:tcPr>
            <w:tcW w:w="2948" w:type="dxa"/>
          </w:tcPr>
          <w:p w14:paraId="3EFE64A6" w14:textId="77777777" w:rsidR="005302E1" w:rsidRDefault="005302E1">
            <w:pPr>
              <w:spacing w:before="60" w:after="60"/>
            </w:pPr>
          </w:p>
        </w:tc>
        <w:tc>
          <w:tcPr>
            <w:tcW w:w="3118" w:type="dxa"/>
          </w:tcPr>
          <w:p w14:paraId="406804A1" w14:textId="77777777" w:rsidR="005302E1" w:rsidRDefault="005302E1">
            <w:pPr>
              <w:spacing w:before="60" w:after="60"/>
            </w:pPr>
          </w:p>
        </w:tc>
        <w:tc>
          <w:tcPr>
            <w:tcW w:w="3118" w:type="dxa"/>
          </w:tcPr>
          <w:p w14:paraId="71866389" w14:textId="77777777" w:rsidR="005302E1" w:rsidRDefault="005302E1">
            <w:pPr>
              <w:spacing w:before="60" w:after="60"/>
            </w:pPr>
          </w:p>
        </w:tc>
        <w:tc>
          <w:tcPr>
            <w:tcW w:w="1814" w:type="dxa"/>
          </w:tcPr>
          <w:p w14:paraId="4BA570CF" w14:textId="77777777" w:rsidR="005302E1" w:rsidRDefault="005302E1">
            <w:pPr>
              <w:spacing w:before="60" w:after="60"/>
            </w:pPr>
          </w:p>
        </w:tc>
        <w:tc>
          <w:tcPr>
            <w:tcW w:w="2608" w:type="dxa"/>
          </w:tcPr>
          <w:p w14:paraId="24E5A0B9" w14:textId="77777777" w:rsidR="005302E1" w:rsidRDefault="005302E1">
            <w:pPr>
              <w:spacing w:before="60" w:after="60"/>
            </w:pPr>
          </w:p>
        </w:tc>
        <w:tc>
          <w:tcPr>
            <w:tcW w:w="2494" w:type="dxa"/>
          </w:tcPr>
          <w:p w14:paraId="1853A5C9" w14:textId="77777777" w:rsidR="005302E1" w:rsidRDefault="005302E1">
            <w:pPr>
              <w:spacing w:before="60" w:after="60"/>
            </w:pPr>
          </w:p>
        </w:tc>
      </w:tr>
      <w:tr w:rsidR="005302E1" w14:paraId="1CD78164" w14:textId="77777777">
        <w:tc>
          <w:tcPr>
            <w:tcW w:w="567" w:type="dxa"/>
          </w:tcPr>
          <w:p w14:paraId="4E00C6A6" w14:textId="77777777" w:rsidR="005302E1" w:rsidRDefault="00000000">
            <w:pPr>
              <w:spacing w:before="60" w:after="60"/>
            </w:pPr>
            <w:r>
              <w:rPr>
                <w:rFonts w:ascii="Arial" w:hAnsi="Arial"/>
                <w:color w:val="888888"/>
                <w:sz w:val="18"/>
              </w:rPr>
              <w:t>6</w:t>
            </w:r>
          </w:p>
        </w:tc>
        <w:tc>
          <w:tcPr>
            <w:tcW w:w="2948" w:type="dxa"/>
          </w:tcPr>
          <w:p w14:paraId="0ED1A6F3" w14:textId="77777777" w:rsidR="005302E1" w:rsidRDefault="005302E1">
            <w:pPr>
              <w:spacing w:before="60" w:after="60"/>
            </w:pPr>
          </w:p>
        </w:tc>
        <w:tc>
          <w:tcPr>
            <w:tcW w:w="3118" w:type="dxa"/>
          </w:tcPr>
          <w:p w14:paraId="1BFE672F" w14:textId="77777777" w:rsidR="005302E1" w:rsidRDefault="005302E1">
            <w:pPr>
              <w:spacing w:before="60" w:after="60"/>
            </w:pPr>
          </w:p>
        </w:tc>
        <w:tc>
          <w:tcPr>
            <w:tcW w:w="3118" w:type="dxa"/>
          </w:tcPr>
          <w:p w14:paraId="09C944AD" w14:textId="77777777" w:rsidR="005302E1" w:rsidRDefault="005302E1">
            <w:pPr>
              <w:spacing w:before="60" w:after="60"/>
            </w:pPr>
          </w:p>
        </w:tc>
        <w:tc>
          <w:tcPr>
            <w:tcW w:w="1814" w:type="dxa"/>
          </w:tcPr>
          <w:p w14:paraId="095C6915" w14:textId="77777777" w:rsidR="005302E1" w:rsidRDefault="005302E1">
            <w:pPr>
              <w:spacing w:before="60" w:after="60"/>
            </w:pPr>
          </w:p>
        </w:tc>
        <w:tc>
          <w:tcPr>
            <w:tcW w:w="2608" w:type="dxa"/>
          </w:tcPr>
          <w:p w14:paraId="39380200" w14:textId="77777777" w:rsidR="005302E1" w:rsidRDefault="005302E1">
            <w:pPr>
              <w:spacing w:before="60" w:after="60"/>
            </w:pPr>
          </w:p>
        </w:tc>
        <w:tc>
          <w:tcPr>
            <w:tcW w:w="2494" w:type="dxa"/>
          </w:tcPr>
          <w:p w14:paraId="34B19CC2" w14:textId="77777777" w:rsidR="005302E1" w:rsidRDefault="005302E1">
            <w:pPr>
              <w:spacing w:before="60" w:after="60"/>
            </w:pPr>
          </w:p>
        </w:tc>
      </w:tr>
      <w:tr w:rsidR="005302E1" w14:paraId="1E47191A" w14:textId="77777777">
        <w:tc>
          <w:tcPr>
            <w:tcW w:w="567" w:type="dxa"/>
          </w:tcPr>
          <w:p w14:paraId="128B94AD" w14:textId="77777777" w:rsidR="005302E1" w:rsidRDefault="00000000">
            <w:pPr>
              <w:spacing w:before="60" w:after="60"/>
            </w:pPr>
            <w:r>
              <w:rPr>
                <w:rFonts w:ascii="Arial" w:hAnsi="Arial"/>
                <w:color w:val="888888"/>
                <w:sz w:val="18"/>
              </w:rPr>
              <w:t>7</w:t>
            </w:r>
          </w:p>
        </w:tc>
        <w:tc>
          <w:tcPr>
            <w:tcW w:w="2948" w:type="dxa"/>
          </w:tcPr>
          <w:p w14:paraId="0FD35EEF" w14:textId="77777777" w:rsidR="005302E1" w:rsidRDefault="005302E1">
            <w:pPr>
              <w:spacing w:before="60" w:after="60"/>
            </w:pPr>
          </w:p>
        </w:tc>
        <w:tc>
          <w:tcPr>
            <w:tcW w:w="3118" w:type="dxa"/>
          </w:tcPr>
          <w:p w14:paraId="3AED9F23" w14:textId="77777777" w:rsidR="005302E1" w:rsidRDefault="005302E1">
            <w:pPr>
              <w:spacing w:before="60" w:after="60"/>
            </w:pPr>
          </w:p>
        </w:tc>
        <w:tc>
          <w:tcPr>
            <w:tcW w:w="3118" w:type="dxa"/>
          </w:tcPr>
          <w:p w14:paraId="48FED0EA" w14:textId="77777777" w:rsidR="005302E1" w:rsidRDefault="005302E1">
            <w:pPr>
              <w:spacing w:before="60" w:after="60"/>
            </w:pPr>
          </w:p>
        </w:tc>
        <w:tc>
          <w:tcPr>
            <w:tcW w:w="1814" w:type="dxa"/>
          </w:tcPr>
          <w:p w14:paraId="72A17A9F" w14:textId="77777777" w:rsidR="005302E1" w:rsidRDefault="005302E1">
            <w:pPr>
              <w:spacing w:before="60" w:after="60"/>
            </w:pPr>
          </w:p>
        </w:tc>
        <w:tc>
          <w:tcPr>
            <w:tcW w:w="2608" w:type="dxa"/>
          </w:tcPr>
          <w:p w14:paraId="37EA08E5" w14:textId="77777777" w:rsidR="005302E1" w:rsidRDefault="005302E1">
            <w:pPr>
              <w:spacing w:before="60" w:after="60"/>
            </w:pPr>
          </w:p>
        </w:tc>
        <w:tc>
          <w:tcPr>
            <w:tcW w:w="2494" w:type="dxa"/>
          </w:tcPr>
          <w:p w14:paraId="2863F8A8" w14:textId="77777777" w:rsidR="005302E1" w:rsidRDefault="005302E1">
            <w:pPr>
              <w:spacing w:before="60" w:after="60"/>
            </w:pPr>
          </w:p>
        </w:tc>
      </w:tr>
      <w:tr w:rsidR="005302E1" w14:paraId="6367383C" w14:textId="77777777">
        <w:tc>
          <w:tcPr>
            <w:tcW w:w="567" w:type="dxa"/>
          </w:tcPr>
          <w:p w14:paraId="289ACCA5" w14:textId="77777777" w:rsidR="005302E1" w:rsidRDefault="00000000">
            <w:pPr>
              <w:spacing w:before="60" w:after="60"/>
            </w:pPr>
            <w:r>
              <w:rPr>
                <w:rFonts w:ascii="Arial" w:hAnsi="Arial"/>
                <w:color w:val="888888"/>
                <w:sz w:val="18"/>
              </w:rPr>
              <w:t>8</w:t>
            </w:r>
          </w:p>
        </w:tc>
        <w:tc>
          <w:tcPr>
            <w:tcW w:w="2948" w:type="dxa"/>
          </w:tcPr>
          <w:p w14:paraId="55A99362" w14:textId="77777777" w:rsidR="005302E1" w:rsidRDefault="005302E1">
            <w:pPr>
              <w:spacing w:before="60" w:after="60"/>
            </w:pPr>
          </w:p>
        </w:tc>
        <w:tc>
          <w:tcPr>
            <w:tcW w:w="3118" w:type="dxa"/>
          </w:tcPr>
          <w:p w14:paraId="6587EE57" w14:textId="77777777" w:rsidR="005302E1" w:rsidRDefault="005302E1">
            <w:pPr>
              <w:spacing w:before="60" w:after="60"/>
            </w:pPr>
          </w:p>
        </w:tc>
        <w:tc>
          <w:tcPr>
            <w:tcW w:w="3118" w:type="dxa"/>
          </w:tcPr>
          <w:p w14:paraId="2ACF7458" w14:textId="77777777" w:rsidR="005302E1" w:rsidRDefault="005302E1">
            <w:pPr>
              <w:spacing w:before="60" w:after="60"/>
            </w:pPr>
          </w:p>
        </w:tc>
        <w:tc>
          <w:tcPr>
            <w:tcW w:w="1814" w:type="dxa"/>
          </w:tcPr>
          <w:p w14:paraId="73AF2DA8" w14:textId="77777777" w:rsidR="005302E1" w:rsidRDefault="005302E1">
            <w:pPr>
              <w:spacing w:before="60" w:after="60"/>
            </w:pPr>
          </w:p>
        </w:tc>
        <w:tc>
          <w:tcPr>
            <w:tcW w:w="2608" w:type="dxa"/>
          </w:tcPr>
          <w:p w14:paraId="22777022" w14:textId="77777777" w:rsidR="005302E1" w:rsidRDefault="005302E1">
            <w:pPr>
              <w:spacing w:before="60" w:after="60"/>
            </w:pPr>
          </w:p>
        </w:tc>
        <w:tc>
          <w:tcPr>
            <w:tcW w:w="2494" w:type="dxa"/>
          </w:tcPr>
          <w:p w14:paraId="5B15839E" w14:textId="77777777" w:rsidR="005302E1" w:rsidRDefault="005302E1">
            <w:pPr>
              <w:spacing w:before="60" w:after="60"/>
            </w:pPr>
          </w:p>
        </w:tc>
      </w:tr>
      <w:tr w:rsidR="005302E1" w14:paraId="5F88BCA2" w14:textId="77777777">
        <w:tc>
          <w:tcPr>
            <w:tcW w:w="567" w:type="dxa"/>
          </w:tcPr>
          <w:p w14:paraId="09E54EF6" w14:textId="77777777" w:rsidR="005302E1" w:rsidRDefault="00000000">
            <w:pPr>
              <w:spacing w:before="60" w:after="60"/>
            </w:pPr>
            <w:r>
              <w:rPr>
                <w:rFonts w:ascii="Arial" w:hAnsi="Arial"/>
                <w:color w:val="888888"/>
                <w:sz w:val="18"/>
              </w:rPr>
              <w:t>9</w:t>
            </w:r>
          </w:p>
        </w:tc>
        <w:tc>
          <w:tcPr>
            <w:tcW w:w="2948" w:type="dxa"/>
          </w:tcPr>
          <w:p w14:paraId="3D12DBD4" w14:textId="77777777" w:rsidR="005302E1" w:rsidRDefault="005302E1">
            <w:pPr>
              <w:spacing w:before="60" w:after="60"/>
            </w:pPr>
          </w:p>
        </w:tc>
        <w:tc>
          <w:tcPr>
            <w:tcW w:w="3118" w:type="dxa"/>
          </w:tcPr>
          <w:p w14:paraId="17883127" w14:textId="77777777" w:rsidR="005302E1" w:rsidRDefault="005302E1">
            <w:pPr>
              <w:spacing w:before="60" w:after="60"/>
            </w:pPr>
          </w:p>
        </w:tc>
        <w:tc>
          <w:tcPr>
            <w:tcW w:w="3118" w:type="dxa"/>
          </w:tcPr>
          <w:p w14:paraId="5ED2768A" w14:textId="77777777" w:rsidR="005302E1" w:rsidRDefault="005302E1">
            <w:pPr>
              <w:spacing w:before="60" w:after="60"/>
            </w:pPr>
          </w:p>
        </w:tc>
        <w:tc>
          <w:tcPr>
            <w:tcW w:w="1814" w:type="dxa"/>
          </w:tcPr>
          <w:p w14:paraId="4B1A7003" w14:textId="77777777" w:rsidR="005302E1" w:rsidRDefault="005302E1">
            <w:pPr>
              <w:spacing w:before="60" w:after="60"/>
            </w:pPr>
          </w:p>
        </w:tc>
        <w:tc>
          <w:tcPr>
            <w:tcW w:w="2608" w:type="dxa"/>
          </w:tcPr>
          <w:p w14:paraId="504801CC" w14:textId="77777777" w:rsidR="005302E1" w:rsidRDefault="005302E1">
            <w:pPr>
              <w:spacing w:before="60" w:after="60"/>
            </w:pPr>
          </w:p>
        </w:tc>
        <w:tc>
          <w:tcPr>
            <w:tcW w:w="2494" w:type="dxa"/>
          </w:tcPr>
          <w:p w14:paraId="7579DFB9" w14:textId="77777777" w:rsidR="005302E1" w:rsidRDefault="005302E1">
            <w:pPr>
              <w:spacing w:before="60" w:after="60"/>
            </w:pPr>
          </w:p>
        </w:tc>
      </w:tr>
      <w:tr w:rsidR="005302E1" w14:paraId="78B8E5B2" w14:textId="77777777">
        <w:tc>
          <w:tcPr>
            <w:tcW w:w="567" w:type="dxa"/>
          </w:tcPr>
          <w:p w14:paraId="1BB97995" w14:textId="77777777" w:rsidR="005302E1" w:rsidRDefault="00000000">
            <w:pPr>
              <w:spacing w:before="60" w:after="60"/>
            </w:pPr>
            <w:r>
              <w:rPr>
                <w:rFonts w:ascii="Arial" w:hAnsi="Arial"/>
                <w:color w:val="888888"/>
                <w:sz w:val="18"/>
              </w:rPr>
              <w:t>10</w:t>
            </w:r>
          </w:p>
        </w:tc>
        <w:tc>
          <w:tcPr>
            <w:tcW w:w="2948" w:type="dxa"/>
          </w:tcPr>
          <w:p w14:paraId="3579FDBB" w14:textId="77777777" w:rsidR="005302E1" w:rsidRDefault="005302E1">
            <w:pPr>
              <w:spacing w:before="60" w:after="60"/>
            </w:pPr>
          </w:p>
        </w:tc>
        <w:tc>
          <w:tcPr>
            <w:tcW w:w="3118" w:type="dxa"/>
          </w:tcPr>
          <w:p w14:paraId="2407B60B" w14:textId="77777777" w:rsidR="005302E1" w:rsidRDefault="005302E1">
            <w:pPr>
              <w:spacing w:before="60" w:after="60"/>
            </w:pPr>
          </w:p>
        </w:tc>
        <w:tc>
          <w:tcPr>
            <w:tcW w:w="3118" w:type="dxa"/>
          </w:tcPr>
          <w:p w14:paraId="56DF85EF" w14:textId="77777777" w:rsidR="005302E1" w:rsidRDefault="005302E1">
            <w:pPr>
              <w:spacing w:before="60" w:after="60"/>
            </w:pPr>
          </w:p>
        </w:tc>
        <w:tc>
          <w:tcPr>
            <w:tcW w:w="1814" w:type="dxa"/>
          </w:tcPr>
          <w:p w14:paraId="5821F5AB" w14:textId="77777777" w:rsidR="005302E1" w:rsidRDefault="005302E1">
            <w:pPr>
              <w:spacing w:before="60" w:after="60"/>
            </w:pPr>
          </w:p>
        </w:tc>
        <w:tc>
          <w:tcPr>
            <w:tcW w:w="2608" w:type="dxa"/>
          </w:tcPr>
          <w:p w14:paraId="29DA84C7" w14:textId="77777777" w:rsidR="005302E1" w:rsidRDefault="005302E1">
            <w:pPr>
              <w:spacing w:before="60" w:after="60"/>
            </w:pPr>
          </w:p>
        </w:tc>
        <w:tc>
          <w:tcPr>
            <w:tcW w:w="2494" w:type="dxa"/>
          </w:tcPr>
          <w:p w14:paraId="3F249019" w14:textId="77777777" w:rsidR="005302E1" w:rsidRDefault="005302E1">
            <w:pPr>
              <w:spacing w:before="60" w:after="60"/>
            </w:pPr>
          </w:p>
        </w:tc>
      </w:tr>
      <w:tr w:rsidR="005302E1" w14:paraId="0AA4B5D3" w14:textId="77777777">
        <w:tc>
          <w:tcPr>
            <w:tcW w:w="567" w:type="dxa"/>
          </w:tcPr>
          <w:p w14:paraId="6850DCF7" w14:textId="77777777" w:rsidR="005302E1" w:rsidRDefault="00000000">
            <w:pPr>
              <w:spacing w:before="60" w:after="60"/>
            </w:pPr>
            <w:r>
              <w:rPr>
                <w:rFonts w:ascii="Arial" w:hAnsi="Arial"/>
                <w:color w:val="888888"/>
                <w:sz w:val="18"/>
              </w:rPr>
              <w:t>11</w:t>
            </w:r>
          </w:p>
        </w:tc>
        <w:tc>
          <w:tcPr>
            <w:tcW w:w="2948" w:type="dxa"/>
          </w:tcPr>
          <w:p w14:paraId="0139E0F4" w14:textId="77777777" w:rsidR="005302E1" w:rsidRDefault="005302E1">
            <w:pPr>
              <w:spacing w:before="60" w:after="60"/>
            </w:pPr>
          </w:p>
        </w:tc>
        <w:tc>
          <w:tcPr>
            <w:tcW w:w="3118" w:type="dxa"/>
          </w:tcPr>
          <w:p w14:paraId="24778F5D" w14:textId="77777777" w:rsidR="005302E1" w:rsidRDefault="005302E1">
            <w:pPr>
              <w:spacing w:before="60" w:after="60"/>
            </w:pPr>
          </w:p>
        </w:tc>
        <w:tc>
          <w:tcPr>
            <w:tcW w:w="3118" w:type="dxa"/>
          </w:tcPr>
          <w:p w14:paraId="19C3A866" w14:textId="77777777" w:rsidR="005302E1" w:rsidRDefault="005302E1">
            <w:pPr>
              <w:spacing w:before="60" w:after="60"/>
            </w:pPr>
          </w:p>
        </w:tc>
        <w:tc>
          <w:tcPr>
            <w:tcW w:w="1814" w:type="dxa"/>
          </w:tcPr>
          <w:p w14:paraId="02200638" w14:textId="77777777" w:rsidR="005302E1" w:rsidRDefault="005302E1">
            <w:pPr>
              <w:spacing w:before="60" w:after="60"/>
            </w:pPr>
          </w:p>
        </w:tc>
        <w:tc>
          <w:tcPr>
            <w:tcW w:w="2608" w:type="dxa"/>
          </w:tcPr>
          <w:p w14:paraId="219B542C" w14:textId="77777777" w:rsidR="005302E1" w:rsidRDefault="005302E1">
            <w:pPr>
              <w:spacing w:before="60" w:after="60"/>
            </w:pPr>
          </w:p>
        </w:tc>
        <w:tc>
          <w:tcPr>
            <w:tcW w:w="2494" w:type="dxa"/>
          </w:tcPr>
          <w:p w14:paraId="5EF8D232" w14:textId="77777777" w:rsidR="005302E1" w:rsidRDefault="005302E1">
            <w:pPr>
              <w:spacing w:before="60" w:after="60"/>
            </w:pPr>
          </w:p>
        </w:tc>
      </w:tr>
      <w:tr w:rsidR="005302E1" w14:paraId="76BEC2E9" w14:textId="77777777">
        <w:tc>
          <w:tcPr>
            <w:tcW w:w="567" w:type="dxa"/>
          </w:tcPr>
          <w:p w14:paraId="6BE01FCA" w14:textId="77777777" w:rsidR="005302E1" w:rsidRDefault="00000000">
            <w:pPr>
              <w:spacing w:before="60" w:after="60"/>
            </w:pPr>
            <w:r>
              <w:rPr>
                <w:rFonts w:ascii="Arial" w:hAnsi="Arial"/>
                <w:color w:val="888888"/>
                <w:sz w:val="18"/>
              </w:rPr>
              <w:t>12</w:t>
            </w:r>
          </w:p>
        </w:tc>
        <w:tc>
          <w:tcPr>
            <w:tcW w:w="2948" w:type="dxa"/>
          </w:tcPr>
          <w:p w14:paraId="103074CF" w14:textId="77777777" w:rsidR="005302E1" w:rsidRDefault="005302E1">
            <w:pPr>
              <w:spacing w:before="60" w:after="60"/>
            </w:pPr>
          </w:p>
        </w:tc>
        <w:tc>
          <w:tcPr>
            <w:tcW w:w="3118" w:type="dxa"/>
          </w:tcPr>
          <w:p w14:paraId="2DFDD662" w14:textId="77777777" w:rsidR="005302E1" w:rsidRDefault="005302E1">
            <w:pPr>
              <w:spacing w:before="60" w:after="60"/>
            </w:pPr>
          </w:p>
        </w:tc>
        <w:tc>
          <w:tcPr>
            <w:tcW w:w="3118" w:type="dxa"/>
          </w:tcPr>
          <w:p w14:paraId="7E163561" w14:textId="77777777" w:rsidR="005302E1" w:rsidRDefault="005302E1">
            <w:pPr>
              <w:spacing w:before="60" w:after="60"/>
            </w:pPr>
          </w:p>
        </w:tc>
        <w:tc>
          <w:tcPr>
            <w:tcW w:w="1814" w:type="dxa"/>
          </w:tcPr>
          <w:p w14:paraId="350ACAE4" w14:textId="77777777" w:rsidR="005302E1" w:rsidRDefault="005302E1">
            <w:pPr>
              <w:spacing w:before="60" w:after="60"/>
            </w:pPr>
          </w:p>
        </w:tc>
        <w:tc>
          <w:tcPr>
            <w:tcW w:w="2608" w:type="dxa"/>
          </w:tcPr>
          <w:p w14:paraId="7A166205" w14:textId="77777777" w:rsidR="005302E1" w:rsidRDefault="005302E1">
            <w:pPr>
              <w:spacing w:before="60" w:after="60"/>
            </w:pPr>
          </w:p>
        </w:tc>
        <w:tc>
          <w:tcPr>
            <w:tcW w:w="2494" w:type="dxa"/>
          </w:tcPr>
          <w:p w14:paraId="47BB47D0" w14:textId="77777777" w:rsidR="005302E1" w:rsidRDefault="005302E1">
            <w:pPr>
              <w:spacing w:before="60" w:after="60"/>
            </w:pPr>
          </w:p>
        </w:tc>
      </w:tr>
      <w:tr w:rsidR="005302E1" w14:paraId="0A41103B" w14:textId="77777777">
        <w:tc>
          <w:tcPr>
            <w:tcW w:w="567" w:type="dxa"/>
          </w:tcPr>
          <w:p w14:paraId="0F48685F" w14:textId="77777777" w:rsidR="005302E1" w:rsidRDefault="00000000">
            <w:pPr>
              <w:spacing w:before="60" w:after="60"/>
            </w:pPr>
            <w:r>
              <w:rPr>
                <w:rFonts w:ascii="Arial" w:hAnsi="Arial"/>
                <w:color w:val="888888"/>
                <w:sz w:val="18"/>
              </w:rPr>
              <w:t>13</w:t>
            </w:r>
          </w:p>
        </w:tc>
        <w:tc>
          <w:tcPr>
            <w:tcW w:w="2948" w:type="dxa"/>
          </w:tcPr>
          <w:p w14:paraId="67D8C493" w14:textId="77777777" w:rsidR="005302E1" w:rsidRDefault="005302E1">
            <w:pPr>
              <w:spacing w:before="60" w:after="60"/>
            </w:pPr>
          </w:p>
        </w:tc>
        <w:tc>
          <w:tcPr>
            <w:tcW w:w="3118" w:type="dxa"/>
          </w:tcPr>
          <w:p w14:paraId="01FA20DC" w14:textId="77777777" w:rsidR="005302E1" w:rsidRDefault="005302E1">
            <w:pPr>
              <w:spacing w:before="60" w:after="60"/>
            </w:pPr>
          </w:p>
        </w:tc>
        <w:tc>
          <w:tcPr>
            <w:tcW w:w="3118" w:type="dxa"/>
          </w:tcPr>
          <w:p w14:paraId="73CB4926" w14:textId="77777777" w:rsidR="005302E1" w:rsidRDefault="005302E1">
            <w:pPr>
              <w:spacing w:before="60" w:after="60"/>
            </w:pPr>
          </w:p>
        </w:tc>
        <w:tc>
          <w:tcPr>
            <w:tcW w:w="1814" w:type="dxa"/>
          </w:tcPr>
          <w:p w14:paraId="58C21D9C" w14:textId="77777777" w:rsidR="005302E1" w:rsidRDefault="005302E1">
            <w:pPr>
              <w:spacing w:before="60" w:after="60"/>
            </w:pPr>
          </w:p>
        </w:tc>
        <w:tc>
          <w:tcPr>
            <w:tcW w:w="2608" w:type="dxa"/>
          </w:tcPr>
          <w:p w14:paraId="29F6BC52" w14:textId="77777777" w:rsidR="005302E1" w:rsidRDefault="005302E1">
            <w:pPr>
              <w:spacing w:before="60" w:after="60"/>
            </w:pPr>
          </w:p>
        </w:tc>
        <w:tc>
          <w:tcPr>
            <w:tcW w:w="2494" w:type="dxa"/>
          </w:tcPr>
          <w:p w14:paraId="79A356AC" w14:textId="77777777" w:rsidR="005302E1" w:rsidRDefault="005302E1">
            <w:pPr>
              <w:spacing w:before="60" w:after="60"/>
            </w:pPr>
          </w:p>
        </w:tc>
      </w:tr>
      <w:tr w:rsidR="005302E1" w14:paraId="210520E8" w14:textId="77777777">
        <w:tc>
          <w:tcPr>
            <w:tcW w:w="567" w:type="dxa"/>
          </w:tcPr>
          <w:p w14:paraId="7D1851C4" w14:textId="77777777" w:rsidR="005302E1" w:rsidRDefault="00000000">
            <w:pPr>
              <w:spacing w:before="60" w:after="60"/>
            </w:pPr>
            <w:r>
              <w:rPr>
                <w:rFonts w:ascii="Arial" w:hAnsi="Arial"/>
                <w:color w:val="888888"/>
                <w:sz w:val="18"/>
              </w:rPr>
              <w:t>14</w:t>
            </w:r>
          </w:p>
        </w:tc>
        <w:tc>
          <w:tcPr>
            <w:tcW w:w="2948" w:type="dxa"/>
          </w:tcPr>
          <w:p w14:paraId="2905BE19" w14:textId="77777777" w:rsidR="005302E1" w:rsidRDefault="005302E1">
            <w:pPr>
              <w:spacing w:before="60" w:after="60"/>
            </w:pPr>
          </w:p>
        </w:tc>
        <w:tc>
          <w:tcPr>
            <w:tcW w:w="3118" w:type="dxa"/>
          </w:tcPr>
          <w:p w14:paraId="5C5A7C27" w14:textId="77777777" w:rsidR="005302E1" w:rsidRDefault="005302E1">
            <w:pPr>
              <w:spacing w:before="60" w:after="60"/>
            </w:pPr>
          </w:p>
        </w:tc>
        <w:tc>
          <w:tcPr>
            <w:tcW w:w="3118" w:type="dxa"/>
          </w:tcPr>
          <w:p w14:paraId="1659D16B" w14:textId="77777777" w:rsidR="005302E1" w:rsidRDefault="005302E1">
            <w:pPr>
              <w:spacing w:before="60" w:after="60"/>
            </w:pPr>
          </w:p>
        </w:tc>
        <w:tc>
          <w:tcPr>
            <w:tcW w:w="1814" w:type="dxa"/>
          </w:tcPr>
          <w:p w14:paraId="0EC3A2E8" w14:textId="77777777" w:rsidR="005302E1" w:rsidRDefault="005302E1">
            <w:pPr>
              <w:spacing w:before="60" w:after="60"/>
            </w:pPr>
          </w:p>
        </w:tc>
        <w:tc>
          <w:tcPr>
            <w:tcW w:w="2608" w:type="dxa"/>
          </w:tcPr>
          <w:p w14:paraId="024D5821" w14:textId="77777777" w:rsidR="005302E1" w:rsidRDefault="005302E1">
            <w:pPr>
              <w:spacing w:before="60" w:after="60"/>
            </w:pPr>
          </w:p>
        </w:tc>
        <w:tc>
          <w:tcPr>
            <w:tcW w:w="2494" w:type="dxa"/>
          </w:tcPr>
          <w:p w14:paraId="6C3AA627" w14:textId="77777777" w:rsidR="005302E1" w:rsidRDefault="005302E1">
            <w:pPr>
              <w:spacing w:before="60" w:after="60"/>
            </w:pPr>
          </w:p>
        </w:tc>
      </w:tr>
      <w:tr w:rsidR="005302E1" w14:paraId="3F0D933F" w14:textId="77777777">
        <w:tc>
          <w:tcPr>
            <w:tcW w:w="567" w:type="dxa"/>
          </w:tcPr>
          <w:p w14:paraId="5CCC1CB3" w14:textId="77777777" w:rsidR="005302E1" w:rsidRDefault="00000000">
            <w:pPr>
              <w:spacing w:before="60" w:after="60"/>
            </w:pPr>
            <w:r>
              <w:rPr>
                <w:rFonts w:ascii="Arial" w:hAnsi="Arial"/>
                <w:color w:val="888888"/>
                <w:sz w:val="18"/>
              </w:rPr>
              <w:lastRenderedPageBreak/>
              <w:t>15</w:t>
            </w:r>
          </w:p>
        </w:tc>
        <w:tc>
          <w:tcPr>
            <w:tcW w:w="2948" w:type="dxa"/>
          </w:tcPr>
          <w:p w14:paraId="1D75F69E" w14:textId="77777777" w:rsidR="005302E1" w:rsidRDefault="005302E1">
            <w:pPr>
              <w:spacing w:before="60" w:after="60"/>
            </w:pPr>
          </w:p>
        </w:tc>
        <w:tc>
          <w:tcPr>
            <w:tcW w:w="3118" w:type="dxa"/>
          </w:tcPr>
          <w:p w14:paraId="5182BAFA" w14:textId="77777777" w:rsidR="005302E1" w:rsidRDefault="005302E1">
            <w:pPr>
              <w:spacing w:before="60" w:after="60"/>
            </w:pPr>
          </w:p>
        </w:tc>
        <w:tc>
          <w:tcPr>
            <w:tcW w:w="3118" w:type="dxa"/>
          </w:tcPr>
          <w:p w14:paraId="1F4BEFC6" w14:textId="77777777" w:rsidR="005302E1" w:rsidRDefault="005302E1">
            <w:pPr>
              <w:spacing w:before="60" w:after="60"/>
            </w:pPr>
          </w:p>
        </w:tc>
        <w:tc>
          <w:tcPr>
            <w:tcW w:w="1814" w:type="dxa"/>
          </w:tcPr>
          <w:p w14:paraId="3F3A486F" w14:textId="77777777" w:rsidR="005302E1" w:rsidRDefault="005302E1">
            <w:pPr>
              <w:spacing w:before="60" w:after="60"/>
            </w:pPr>
          </w:p>
        </w:tc>
        <w:tc>
          <w:tcPr>
            <w:tcW w:w="2608" w:type="dxa"/>
          </w:tcPr>
          <w:p w14:paraId="39F9AB6F" w14:textId="77777777" w:rsidR="005302E1" w:rsidRDefault="005302E1">
            <w:pPr>
              <w:spacing w:before="60" w:after="60"/>
            </w:pPr>
          </w:p>
        </w:tc>
        <w:tc>
          <w:tcPr>
            <w:tcW w:w="2494" w:type="dxa"/>
          </w:tcPr>
          <w:p w14:paraId="3A328463" w14:textId="77777777" w:rsidR="005302E1" w:rsidRDefault="005302E1">
            <w:pPr>
              <w:spacing w:before="60" w:after="60"/>
            </w:pPr>
          </w:p>
        </w:tc>
      </w:tr>
      <w:tr w:rsidR="005302E1" w14:paraId="7AE10F06" w14:textId="77777777">
        <w:tc>
          <w:tcPr>
            <w:tcW w:w="567" w:type="dxa"/>
          </w:tcPr>
          <w:p w14:paraId="06D6A418" w14:textId="77777777" w:rsidR="005302E1" w:rsidRDefault="00000000">
            <w:pPr>
              <w:spacing w:before="60" w:after="60"/>
            </w:pPr>
            <w:r>
              <w:rPr>
                <w:rFonts w:ascii="Arial" w:hAnsi="Arial"/>
                <w:color w:val="888888"/>
                <w:sz w:val="18"/>
              </w:rPr>
              <w:t>16</w:t>
            </w:r>
          </w:p>
        </w:tc>
        <w:tc>
          <w:tcPr>
            <w:tcW w:w="2948" w:type="dxa"/>
          </w:tcPr>
          <w:p w14:paraId="7361D5C7" w14:textId="77777777" w:rsidR="005302E1" w:rsidRDefault="005302E1">
            <w:pPr>
              <w:spacing w:before="60" w:after="60"/>
            </w:pPr>
          </w:p>
        </w:tc>
        <w:tc>
          <w:tcPr>
            <w:tcW w:w="3118" w:type="dxa"/>
          </w:tcPr>
          <w:p w14:paraId="0B5321D1" w14:textId="77777777" w:rsidR="005302E1" w:rsidRDefault="005302E1">
            <w:pPr>
              <w:spacing w:before="60" w:after="60"/>
            </w:pPr>
          </w:p>
        </w:tc>
        <w:tc>
          <w:tcPr>
            <w:tcW w:w="3118" w:type="dxa"/>
          </w:tcPr>
          <w:p w14:paraId="0F44FF68" w14:textId="77777777" w:rsidR="005302E1" w:rsidRDefault="005302E1">
            <w:pPr>
              <w:spacing w:before="60" w:after="60"/>
            </w:pPr>
          </w:p>
        </w:tc>
        <w:tc>
          <w:tcPr>
            <w:tcW w:w="1814" w:type="dxa"/>
          </w:tcPr>
          <w:p w14:paraId="65070043" w14:textId="77777777" w:rsidR="005302E1" w:rsidRDefault="005302E1">
            <w:pPr>
              <w:spacing w:before="60" w:after="60"/>
            </w:pPr>
          </w:p>
        </w:tc>
        <w:tc>
          <w:tcPr>
            <w:tcW w:w="2608" w:type="dxa"/>
          </w:tcPr>
          <w:p w14:paraId="58A1EF1E" w14:textId="77777777" w:rsidR="005302E1" w:rsidRDefault="005302E1">
            <w:pPr>
              <w:spacing w:before="60" w:after="60"/>
            </w:pPr>
          </w:p>
        </w:tc>
        <w:tc>
          <w:tcPr>
            <w:tcW w:w="2494" w:type="dxa"/>
          </w:tcPr>
          <w:p w14:paraId="575F3780" w14:textId="77777777" w:rsidR="005302E1" w:rsidRDefault="005302E1">
            <w:pPr>
              <w:spacing w:before="60" w:after="60"/>
            </w:pPr>
          </w:p>
        </w:tc>
      </w:tr>
      <w:tr w:rsidR="005302E1" w14:paraId="1163CEEA" w14:textId="77777777">
        <w:tc>
          <w:tcPr>
            <w:tcW w:w="567" w:type="dxa"/>
          </w:tcPr>
          <w:p w14:paraId="270A5E1B" w14:textId="77777777" w:rsidR="005302E1" w:rsidRDefault="00000000">
            <w:pPr>
              <w:spacing w:before="60" w:after="60"/>
            </w:pPr>
            <w:r>
              <w:rPr>
                <w:rFonts w:ascii="Arial" w:hAnsi="Arial"/>
                <w:color w:val="888888"/>
                <w:sz w:val="18"/>
              </w:rPr>
              <w:t>17</w:t>
            </w:r>
          </w:p>
        </w:tc>
        <w:tc>
          <w:tcPr>
            <w:tcW w:w="2948" w:type="dxa"/>
          </w:tcPr>
          <w:p w14:paraId="53C8EE46" w14:textId="77777777" w:rsidR="005302E1" w:rsidRDefault="005302E1">
            <w:pPr>
              <w:spacing w:before="60" w:after="60"/>
            </w:pPr>
          </w:p>
        </w:tc>
        <w:tc>
          <w:tcPr>
            <w:tcW w:w="3118" w:type="dxa"/>
          </w:tcPr>
          <w:p w14:paraId="5E69E3AC" w14:textId="77777777" w:rsidR="005302E1" w:rsidRDefault="005302E1">
            <w:pPr>
              <w:spacing w:before="60" w:after="60"/>
            </w:pPr>
          </w:p>
        </w:tc>
        <w:tc>
          <w:tcPr>
            <w:tcW w:w="3118" w:type="dxa"/>
          </w:tcPr>
          <w:p w14:paraId="1F501B12" w14:textId="77777777" w:rsidR="005302E1" w:rsidRDefault="005302E1">
            <w:pPr>
              <w:spacing w:before="60" w:after="60"/>
            </w:pPr>
          </w:p>
        </w:tc>
        <w:tc>
          <w:tcPr>
            <w:tcW w:w="1814" w:type="dxa"/>
          </w:tcPr>
          <w:p w14:paraId="5F2B565B" w14:textId="77777777" w:rsidR="005302E1" w:rsidRDefault="005302E1">
            <w:pPr>
              <w:spacing w:before="60" w:after="60"/>
            </w:pPr>
          </w:p>
        </w:tc>
        <w:tc>
          <w:tcPr>
            <w:tcW w:w="2608" w:type="dxa"/>
          </w:tcPr>
          <w:p w14:paraId="1C9CD294" w14:textId="77777777" w:rsidR="005302E1" w:rsidRDefault="005302E1">
            <w:pPr>
              <w:spacing w:before="60" w:after="60"/>
            </w:pPr>
          </w:p>
        </w:tc>
        <w:tc>
          <w:tcPr>
            <w:tcW w:w="2494" w:type="dxa"/>
          </w:tcPr>
          <w:p w14:paraId="4747325C" w14:textId="77777777" w:rsidR="005302E1" w:rsidRDefault="005302E1">
            <w:pPr>
              <w:spacing w:before="60" w:after="60"/>
            </w:pPr>
          </w:p>
        </w:tc>
      </w:tr>
      <w:tr w:rsidR="005302E1" w14:paraId="24462E9E" w14:textId="77777777">
        <w:tc>
          <w:tcPr>
            <w:tcW w:w="567" w:type="dxa"/>
          </w:tcPr>
          <w:p w14:paraId="3D05922B" w14:textId="77777777" w:rsidR="005302E1" w:rsidRDefault="00000000">
            <w:pPr>
              <w:spacing w:before="60" w:after="60"/>
            </w:pPr>
            <w:r>
              <w:rPr>
                <w:rFonts w:ascii="Arial" w:hAnsi="Arial"/>
                <w:color w:val="888888"/>
                <w:sz w:val="18"/>
              </w:rPr>
              <w:t>18</w:t>
            </w:r>
          </w:p>
        </w:tc>
        <w:tc>
          <w:tcPr>
            <w:tcW w:w="2948" w:type="dxa"/>
          </w:tcPr>
          <w:p w14:paraId="19C54714" w14:textId="77777777" w:rsidR="005302E1" w:rsidRDefault="005302E1">
            <w:pPr>
              <w:spacing w:before="60" w:after="60"/>
            </w:pPr>
          </w:p>
        </w:tc>
        <w:tc>
          <w:tcPr>
            <w:tcW w:w="3118" w:type="dxa"/>
          </w:tcPr>
          <w:p w14:paraId="40447A5F" w14:textId="77777777" w:rsidR="005302E1" w:rsidRDefault="005302E1">
            <w:pPr>
              <w:spacing w:before="60" w:after="60"/>
            </w:pPr>
          </w:p>
        </w:tc>
        <w:tc>
          <w:tcPr>
            <w:tcW w:w="3118" w:type="dxa"/>
          </w:tcPr>
          <w:p w14:paraId="1E175984" w14:textId="77777777" w:rsidR="005302E1" w:rsidRDefault="005302E1">
            <w:pPr>
              <w:spacing w:before="60" w:after="60"/>
            </w:pPr>
          </w:p>
        </w:tc>
        <w:tc>
          <w:tcPr>
            <w:tcW w:w="1814" w:type="dxa"/>
          </w:tcPr>
          <w:p w14:paraId="00D1EFFA" w14:textId="77777777" w:rsidR="005302E1" w:rsidRDefault="005302E1">
            <w:pPr>
              <w:spacing w:before="60" w:after="60"/>
            </w:pPr>
          </w:p>
        </w:tc>
        <w:tc>
          <w:tcPr>
            <w:tcW w:w="2608" w:type="dxa"/>
          </w:tcPr>
          <w:p w14:paraId="10F00731" w14:textId="77777777" w:rsidR="005302E1" w:rsidRDefault="005302E1">
            <w:pPr>
              <w:spacing w:before="60" w:after="60"/>
            </w:pPr>
          </w:p>
        </w:tc>
        <w:tc>
          <w:tcPr>
            <w:tcW w:w="2494" w:type="dxa"/>
          </w:tcPr>
          <w:p w14:paraId="63508D36" w14:textId="77777777" w:rsidR="005302E1" w:rsidRDefault="005302E1">
            <w:pPr>
              <w:spacing w:before="60" w:after="60"/>
            </w:pPr>
          </w:p>
        </w:tc>
      </w:tr>
    </w:tbl>
    <w:p w14:paraId="33772509" w14:textId="77777777" w:rsidR="005302E1" w:rsidRDefault="00000000">
      <w:r>
        <w:rPr>
          <w:rFonts w:ascii="Arial" w:hAnsi="Arial"/>
          <w:color w:val="5A6B7B"/>
          <w:sz w:val="17"/>
        </w:rPr>
        <w:t>Keep this manifest on board and readily accessible for the voyage. Record any medical or safety needs that could matter in an emergency. Retain records as required by your SMS. Some requirements differ for shorter voyages — for voyages under 12 hours a passenger count may apply instead of a named manifest.</w:t>
      </w:r>
    </w:p>
    <w:p w14:paraId="7CD4A89A" w14:textId="77777777" w:rsidR="005302E1" w:rsidRDefault="005302E1"/>
    <w:p w14:paraId="05551017" w14:textId="191CEF22" w:rsidR="005302E1" w:rsidRDefault="00000000">
      <w:r>
        <w:rPr>
          <w:rFonts w:ascii="Arial" w:hAnsi="Arial"/>
          <w:b/>
          <w:color w:val="1C2B39"/>
          <w:sz w:val="18"/>
        </w:rPr>
        <w:t>Template provided free by Mid Coast Marine Services · mcmsnsw.com.au</w:t>
      </w:r>
    </w:p>
    <w:p w14:paraId="2B56E473" w14:textId="77777777" w:rsidR="005302E1" w:rsidRDefault="00000000">
      <w:r>
        <w:rPr>
          <w:rFonts w:ascii="Arial" w:hAnsi="Arial"/>
          <w:i/>
          <w:color w:val="5A6B7B"/>
          <w:sz w:val="17"/>
        </w:rPr>
        <w:t>Doing it by hand for every voyage? The SMS Marine app builds this passenger manifest automatically — import from a CSV, capture each passenger's medical and safety needs, and keep every voyage on file, audit-ready. See mcmsnsw.com.au</w:t>
      </w:r>
    </w:p>
    <w:sectPr w:rsidR="005302E1" w:rsidSect="00034616">
      <w:pgSz w:w="16838" w:h="11906" w:orient="landscape"/>
      <w:pgMar w:top="737" w:right="737" w:bottom="737" w:left="7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16853996">
    <w:abstractNumId w:val="8"/>
  </w:num>
  <w:num w:numId="2" w16cid:durableId="513082284">
    <w:abstractNumId w:val="6"/>
  </w:num>
  <w:num w:numId="3" w16cid:durableId="1072774358">
    <w:abstractNumId w:val="5"/>
  </w:num>
  <w:num w:numId="4" w16cid:durableId="234904353">
    <w:abstractNumId w:val="4"/>
  </w:num>
  <w:num w:numId="5" w16cid:durableId="1576161108">
    <w:abstractNumId w:val="7"/>
  </w:num>
  <w:num w:numId="6" w16cid:durableId="1126389037">
    <w:abstractNumId w:val="3"/>
  </w:num>
  <w:num w:numId="7" w16cid:durableId="1418789475">
    <w:abstractNumId w:val="2"/>
  </w:num>
  <w:num w:numId="8" w16cid:durableId="402602944">
    <w:abstractNumId w:val="1"/>
  </w:num>
  <w:num w:numId="9" w16cid:durableId="1355037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14853"/>
    <w:rsid w:val="005302E1"/>
    <w:rsid w:val="005A5EB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9886FD"/>
  <w14:defaultImageDpi w14:val="300"/>
  <w15:docId w15:val="{4E447295-D51D-40BA-83E1-9DE478BC5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201</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jim parnell</cp:lastModifiedBy>
  <cp:revision>2</cp:revision>
  <dcterms:created xsi:type="dcterms:W3CDTF">2026-08-07T22:38:00Z</dcterms:created>
  <dcterms:modified xsi:type="dcterms:W3CDTF">2026-08-07T22:38:00Z</dcterms:modified>
  <cp:category/>
</cp:coreProperties>
</file>